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9EDC9" w14:textId="77777777" w:rsidR="00672E9E" w:rsidRPr="00973B37" w:rsidRDefault="00000000">
      <w:pPr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sz w:val="20"/>
        </w:rPr>
        <w:t>KLASA</w:t>
      </w:r>
      <w:proofErr w:type="spellEnd"/>
      <w:r w:rsidRPr="00973B37">
        <w:rPr>
          <w:rFonts w:ascii="Times New Roman" w:hAnsi="Times New Roman" w:cs="Times New Roman"/>
          <w:sz w:val="20"/>
        </w:rPr>
        <w:t xml:space="preserve">: </w:t>
      </w:r>
      <w:r w:rsidRPr="00973B37">
        <w:rPr>
          <w:rFonts w:ascii="Times New Roman" w:hAnsi="Times New Roman" w:cs="Times New Roman"/>
          <w:sz w:val="20"/>
        </w:rPr>
        <w:br/>
      </w:r>
      <w:proofErr w:type="spellStart"/>
      <w:r w:rsidRPr="00973B37">
        <w:rPr>
          <w:rFonts w:ascii="Times New Roman" w:hAnsi="Times New Roman" w:cs="Times New Roman"/>
          <w:sz w:val="20"/>
        </w:rPr>
        <w:t>URBROJ</w:t>
      </w:r>
      <w:proofErr w:type="spellEnd"/>
      <w:r w:rsidRPr="00973B37">
        <w:rPr>
          <w:rFonts w:ascii="Times New Roman" w:hAnsi="Times New Roman" w:cs="Times New Roman"/>
          <w:sz w:val="20"/>
        </w:rPr>
        <w:t xml:space="preserve">: </w:t>
      </w:r>
      <w:r w:rsidRPr="00973B37">
        <w:rPr>
          <w:rFonts w:ascii="Times New Roman" w:hAnsi="Times New Roman" w:cs="Times New Roman"/>
          <w:sz w:val="20"/>
        </w:rPr>
        <w:br/>
        <w:t>Zagreb, __. ______ 2026.</w:t>
      </w:r>
    </w:p>
    <w:p w14:paraId="4AD3FB01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r w:rsidRPr="00973B37">
        <w:rPr>
          <w:rFonts w:ascii="Times New Roman" w:hAnsi="Times New Roman" w:cs="Times New Roman"/>
        </w:rPr>
        <w:t xml:space="preserve">Na </w:t>
      </w:r>
      <w:proofErr w:type="spellStart"/>
      <w:r w:rsidRPr="00973B37">
        <w:rPr>
          <w:rFonts w:ascii="Times New Roman" w:hAnsi="Times New Roman" w:cs="Times New Roman"/>
        </w:rPr>
        <w:t>temelju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članka</w:t>
      </w:r>
      <w:proofErr w:type="spellEnd"/>
      <w:r w:rsidRPr="00973B37">
        <w:rPr>
          <w:rFonts w:ascii="Times New Roman" w:hAnsi="Times New Roman" w:cs="Times New Roman"/>
        </w:rPr>
        <w:t xml:space="preserve"> 15. </w:t>
      </w:r>
      <w:proofErr w:type="spellStart"/>
      <w:r w:rsidRPr="00973B37">
        <w:rPr>
          <w:rFonts w:ascii="Times New Roman" w:hAnsi="Times New Roman" w:cs="Times New Roman"/>
        </w:rPr>
        <w:t>stavka</w:t>
      </w:r>
      <w:proofErr w:type="spellEnd"/>
      <w:r w:rsidRPr="00973B37">
        <w:rPr>
          <w:rFonts w:ascii="Times New Roman" w:hAnsi="Times New Roman" w:cs="Times New Roman"/>
        </w:rPr>
        <w:t xml:space="preserve"> 2. </w:t>
      </w:r>
      <w:proofErr w:type="spellStart"/>
      <w:r w:rsidRPr="00973B37">
        <w:rPr>
          <w:rFonts w:ascii="Times New Roman" w:hAnsi="Times New Roman" w:cs="Times New Roman"/>
        </w:rPr>
        <w:t>Zakona</w:t>
      </w:r>
      <w:proofErr w:type="spellEnd"/>
      <w:r w:rsidRPr="00973B37">
        <w:rPr>
          <w:rFonts w:ascii="Times New Roman" w:hAnsi="Times New Roman" w:cs="Times New Roman"/>
        </w:rPr>
        <w:t xml:space="preserve"> o </w:t>
      </w:r>
      <w:proofErr w:type="spellStart"/>
      <w:r w:rsidRPr="00973B37">
        <w:rPr>
          <w:rFonts w:ascii="Times New Roman" w:hAnsi="Times New Roman" w:cs="Times New Roman"/>
        </w:rPr>
        <w:t>javnoj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nabavi</w:t>
      </w:r>
      <w:proofErr w:type="spellEnd"/>
      <w:r w:rsidRPr="00973B37">
        <w:rPr>
          <w:rFonts w:ascii="Times New Roman" w:hAnsi="Times New Roman" w:cs="Times New Roman"/>
        </w:rPr>
        <w:t xml:space="preserve"> („</w:t>
      </w:r>
      <w:proofErr w:type="spellStart"/>
      <w:r w:rsidRPr="00973B37">
        <w:rPr>
          <w:rFonts w:ascii="Times New Roman" w:hAnsi="Times New Roman" w:cs="Times New Roman"/>
        </w:rPr>
        <w:t>Narodne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gramStart"/>
      <w:r w:rsidRPr="00973B37">
        <w:rPr>
          <w:rFonts w:ascii="Times New Roman" w:hAnsi="Times New Roman" w:cs="Times New Roman"/>
        </w:rPr>
        <w:t>novine“</w:t>
      </w:r>
      <w:proofErr w:type="gram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broj</w:t>
      </w:r>
      <w:proofErr w:type="spellEnd"/>
      <w:r w:rsidRPr="00973B37">
        <w:rPr>
          <w:rFonts w:ascii="Times New Roman" w:hAnsi="Times New Roman" w:cs="Times New Roman"/>
        </w:rPr>
        <w:t xml:space="preserve"> 120/16, 114/22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48/26)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članka</w:t>
      </w:r>
      <w:proofErr w:type="spellEnd"/>
      <w:r w:rsidRPr="00973B37">
        <w:rPr>
          <w:rFonts w:ascii="Times New Roman" w:hAnsi="Times New Roman" w:cs="Times New Roman"/>
        </w:rPr>
        <w:t xml:space="preserve"> 48. </w:t>
      </w:r>
      <w:proofErr w:type="spellStart"/>
      <w:r w:rsidRPr="00973B37">
        <w:rPr>
          <w:rFonts w:ascii="Times New Roman" w:hAnsi="Times New Roman" w:cs="Times New Roman"/>
        </w:rPr>
        <w:t>Statuta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Hrvatskog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zavoda</w:t>
      </w:r>
      <w:proofErr w:type="spellEnd"/>
      <w:r w:rsidRPr="00973B37">
        <w:rPr>
          <w:rFonts w:ascii="Times New Roman" w:hAnsi="Times New Roman" w:cs="Times New Roman"/>
        </w:rPr>
        <w:t xml:space="preserve"> za hitnu medicinu, </w:t>
      </w:r>
      <w:proofErr w:type="spellStart"/>
      <w:r w:rsidRPr="00973B37">
        <w:rPr>
          <w:rFonts w:ascii="Times New Roman" w:hAnsi="Times New Roman" w:cs="Times New Roman"/>
        </w:rPr>
        <w:t>Upravno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vijeće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Hrvatskog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zavoda</w:t>
      </w:r>
      <w:proofErr w:type="spellEnd"/>
      <w:r w:rsidRPr="00973B37">
        <w:rPr>
          <w:rFonts w:ascii="Times New Roman" w:hAnsi="Times New Roman" w:cs="Times New Roman"/>
        </w:rPr>
        <w:t xml:space="preserve"> za hitnu medicinu </w:t>
      </w:r>
      <w:proofErr w:type="spellStart"/>
      <w:r w:rsidRPr="00973B37">
        <w:rPr>
          <w:rFonts w:ascii="Times New Roman" w:hAnsi="Times New Roman" w:cs="Times New Roman"/>
        </w:rPr>
        <w:t>na</w:t>
      </w:r>
      <w:proofErr w:type="spellEnd"/>
      <w:r w:rsidRPr="00973B37">
        <w:rPr>
          <w:rFonts w:ascii="Times New Roman" w:hAnsi="Times New Roman" w:cs="Times New Roman"/>
        </w:rPr>
        <w:t xml:space="preserve"> __. </w:t>
      </w:r>
      <w:proofErr w:type="spellStart"/>
      <w:r w:rsidRPr="00973B37">
        <w:rPr>
          <w:rFonts w:ascii="Times New Roman" w:hAnsi="Times New Roman" w:cs="Times New Roman"/>
        </w:rPr>
        <w:t>sjednici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održanoj</w:t>
      </w:r>
      <w:proofErr w:type="spellEnd"/>
      <w:r w:rsidRPr="00973B37">
        <w:rPr>
          <w:rFonts w:ascii="Times New Roman" w:hAnsi="Times New Roman" w:cs="Times New Roman"/>
        </w:rPr>
        <w:t xml:space="preserve"> __. ______ 2026. </w:t>
      </w:r>
      <w:proofErr w:type="spellStart"/>
      <w:r w:rsidRPr="00973B37">
        <w:rPr>
          <w:rFonts w:ascii="Times New Roman" w:hAnsi="Times New Roman" w:cs="Times New Roman"/>
        </w:rPr>
        <w:t>godine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donosi</w:t>
      </w:r>
      <w:proofErr w:type="spellEnd"/>
    </w:p>
    <w:p w14:paraId="41513E0A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  <w:sz w:val="28"/>
        </w:rPr>
        <w:t>PRAVILNIK</w:t>
      </w:r>
      <w:proofErr w:type="spellEnd"/>
      <w:r w:rsidRPr="00973B37">
        <w:rPr>
          <w:rFonts w:ascii="Times New Roman" w:hAnsi="Times New Roman" w:cs="Times New Roman"/>
          <w:b/>
          <w:sz w:val="28"/>
        </w:rPr>
        <w:br/>
        <w:t xml:space="preserve">ZA </w:t>
      </w:r>
      <w:proofErr w:type="spellStart"/>
      <w:r w:rsidRPr="00973B37">
        <w:rPr>
          <w:rFonts w:ascii="Times New Roman" w:hAnsi="Times New Roman" w:cs="Times New Roman"/>
          <w:b/>
          <w:sz w:val="28"/>
        </w:rPr>
        <w:t>PROVEDBU</w:t>
      </w:r>
      <w:proofErr w:type="spellEnd"/>
      <w:r w:rsidRPr="00973B37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73B37">
        <w:rPr>
          <w:rFonts w:ascii="Times New Roman" w:hAnsi="Times New Roman" w:cs="Times New Roman"/>
          <w:b/>
          <w:sz w:val="28"/>
        </w:rPr>
        <w:t>POSTUPAKA</w:t>
      </w:r>
      <w:proofErr w:type="spellEnd"/>
      <w:r w:rsidRPr="00973B37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73B37">
        <w:rPr>
          <w:rFonts w:ascii="Times New Roman" w:hAnsi="Times New Roman" w:cs="Times New Roman"/>
          <w:b/>
          <w:sz w:val="28"/>
        </w:rPr>
        <w:t>JEDNOSTAVNE</w:t>
      </w:r>
      <w:proofErr w:type="spellEnd"/>
      <w:r w:rsidRPr="00973B37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73B37">
        <w:rPr>
          <w:rFonts w:ascii="Times New Roman" w:hAnsi="Times New Roman" w:cs="Times New Roman"/>
          <w:b/>
          <w:sz w:val="28"/>
        </w:rPr>
        <w:t>NABAVE</w:t>
      </w:r>
      <w:proofErr w:type="spellEnd"/>
    </w:p>
    <w:p w14:paraId="64C5D5F4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PREDMET</w:t>
      </w:r>
      <w:proofErr w:type="spellEnd"/>
      <w:r w:rsidRPr="00973B37">
        <w:rPr>
          <w:rFonts w:ascii="Times New Roman" w:hAnsi="Times New Roman" w:cs="Times New Roman"/>
          <w:b/>
        </w:rPr>
        <w:t xml:space="preserve"> I </w:t>
      </w:r>
      <w:proofErr w:type="spellStart"/>
      <w:r w:rsidRPr="00973B37">
        <w:rPr>
          <w:rFonts w:ascii="Times New Roman" w:hAnsi="Times New Roman" w:cs="Times New Roman"/>
          <w:b/>
        </w:rPr>
        <w:t>PODRUČJE</w:t>
      </w:r>
      <w:proofErr w:type="spellEnd"/>
      <w:r w:rsidRPr="00973B37">
        <w:rPr>
          <w:rFonts w:ascii="Times New Roman" w:hAnsi="Times New Roman" w:cs="Times New Roman"/>
          <w:b/>
        </w:rPr>
        <w:t xml:space="preserve"> </w:t>
      </w:r>
      <w:proofErr w:type="spellStart"/>
      <w:r w:rsidRPr="00973B37">
        <w:rPr>
          <w:rFonts w:ascii="Times New Roman" w:hAnsi="Times New Roman" w:cs="Times New Roman"/>
          <w:b/>
        </w:rPr>
        <w:t>PRIMJENE</w:t>
      </w:r>
      <w:proofErr w:type="spellEnd"/>
    </w:p>
    <w:p w14:paraId="14ADE70E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Članak</w:t>
      </w:r>
      <w:proofErr w:type="spellEnd"/>
      <w:r w:rsidRPr="00973B37">
        <w:rPr>
          <w:rFonts w:ascii="Times New Roman" w:hAnsi="Times New Roman" w:cs="Times New Roman"/>
          <w:b/>
        </w:rPr>
        <w:t xml:space="preserve"> 1.</w:t>
      </w:r>
    </w:p>
    <w:p w14:paraId="6E85CFC3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Ovim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Pravilnikom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uređuju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pravila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uvjeti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postupci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jednostavne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koje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provodi</w:t>
      </w:r>
      <w:proofErr w:type="spellEnd"/>
      <w:r w:rsidRPr="00973B37">
        <w:rPr>
          <w:rFonts w:ascii="Times New Roman" w:hAnsi="Times New Roman" w:cs="Times New Roman"/>
        </w:rPr>
        <w:t xml:space="preserve"> Hrvatski zavod za hitnu medicinu (u </w:t>
      </w:r>
      <w:proofErr w:type="spellStart"/>
      <w:r w:rsidRPr="00973B37">
        <w:rPr>
          <w:rFonts w:ascii="Times New Roman" w:hAnsi="Times New Roman" w:cs="Times New Roman"/>
        </w:rPr>
        <w:t>daljnjem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tekstu</w:t>
      </w:r>
      <w:proofErr w:type="spellEnd"/>
      <w:r w:rsidRPr="00973B37">
        <w:rPr>
          <w:rFonts w:ascii="Times New Roman" w:hAnsi="Times New Roman" w:cs="Times New Roman"/>
        </w:rPr>
        <w:t xml:space="preserve">: </w:t>
      </w:r>
      <w:proofErr w:type="spellStart"/>
      <w:r w:rsidRPr="00973B37">
        <w:rPr>
          <w:rFonts w:ascii="Times New Roman" w:hAnsi="Times New Roman" w:cs="Times New Roman"/>
        </w:rPr>
        <w:t>Naručitelj</w:t>
      </w:r>
      <w:proofErr w:type="spellEnd"/>
      <w:r w:rsidRPr="00973B37">
        <w:rPr>
          <w:rFonts w:ascii="Times New Roman" w:hAnsi="Times New Roman" w:cs="Times New Roman"/>
        </w:rPr>
        <w:t>).</w:t>
      </w:r>
    </w:p>
    <w:p w14:paraId="1E805737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Jednostavna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nabava</w:t>
      </w:r>
      <w:proofErr w:type="spellEnd"/>
      <w:r w:rsidRPr="00973B37">
        <w:rPr>
          <w:rFonts w:ascii="Times New Roman" w:hAnsi="Times New Roman" w:cs="Times New Roman"/>
        </w:rPr>
        <w:t xml:space="preserve"> u </w:t>
      </w:r>
      <w:proofErr w:type="spellStart"/>
      <w:r w:rsidRPr="00973B37">
        <w:rPr>
          <w:rFonts w:ascii="Times New Roman" w:hAnsi="Times New Roman" w:cs="Times New Roman"/>
        </w:rPr>
        <w:t>smislu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ovoga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Pravilnika</w:t>
      </w:r>
      <w:proofErr w:type="spellEnd"/>
      <w:r w:rsidRPr="00973B37">
        <w:rPr>
          <w:rFonts w:ascii="Times New Roman" w:hAnsi="Times New Roman" w:cs="Times New Roman"/>
        </w:rPr>
        <w:t xml:space="preserve"> jest </w:t>
      </w:r>
      <w:proofErr w:type="spellStart"/>
      <w:r w:rsidRPr="00973B37">
        <w:rPr>
          <w:rFonts w:ascii="Times New Roman" w:hAnsi="Times New Roman" w:cs="Times New Roman"/>
        </w:rPr>
        <w:t>nabava</w:t>
      </w:r>
      <w:proofErr w:type="spellEnd"/>
      <w:r w:rsidRPr="00973B37">
        <w:rPr>
          <w:rFonts w:ascii="Times New Roman" w:hAnsi="Times New Roman" w:cs="Times New Roman"/>
        </w:rPr>
        <w:t xml:space="preserve"> robe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usluga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te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provedba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projektnih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natječaja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procijenjene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vrijednosti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manje</w:t>
      </w:r>
      <w:proofErr w:type="spellEnd"/>
      <w:r w:rsidRPr="00973B37">
        <w:rPr>
          <w:rFonts w:ascii="Times New Roman" w:hAnsi="Times New Roman" w:cs="Times New Roman"/>
        </w:rPr>
        <w:t xml:space="preserve"> od 50.000,00 </w:t>
      </w:r>
      <w:proofErr w:type="spellStart"/>
      <w:r w:rsidRPr="00973B37">
        <w:rPr>
          <w:rFonts w:ascii="Times New Roman" w:hAnsi="Times New Roman" w:cs="Times New Roman"/>
        </w:rPr>
        <w:t>eura</w:t>
      </w:r>
      <w:proofErr w:type="spellEnd"/>
      <w:r w:rsidRPr="00973B37">
        <w:rPr>
          <w:rFonts w:ascii="Times New Roman" w:hAnsi="Times New Roman" w:cs="Times New Roman"/>
        </w:rPr>
        <w:t xml:space="preserve"> bez PDV-a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radova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procijenjene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vrijednosti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manje</w:t>
      </w:r>
      <w:proofErr w:type="spellEnd"/>
      <w:r w:rsidRPr="00973B37">
        <w:rPr>
          <w:rFonts w:ascii="Times New Roman" w:hAnsi="Times New Roman" w:cs="Times New Roman"/>
        </w:rPr>
        <w:t xml:space="preserve"> od 100.000,00 </w:t>
      </w:r>
      <w:proofErr w:type="spellStart"/>
      <w:r w:rsidRPr="00973B37">
        <w:rPr>
          <w:rFonts w:ascii="Times New Roman" w:hAnsi="Times New Roman" w:cs="Times New Roman"/>
        </w:rPr>
        <w:t>eura</w:t>
      </w:r>
      <w:proofErr w:type="spellEnd"/>
      <w:r w:rsidRPr="00973B37">
        <w:rPr>
          <w:rFonts w:ascii="Times New Roman" w:hAnsi="Times New Roman" w:cs="Times New Roman"/>
        </w:rPr>
        <w:t xml:space="preserve"> bez PDV-a.</w:t>
      </w:r>
    </w:p>
    <w:p w14:paraId="3C9E97B2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Ovaj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Pravilnik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primjenjuje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neovisno</w:t>
      </w:r>
      <w:proofErr w:type="spellEnd"/>
      <w:r w:rsidRPr="00973B37">
        <w:rPr>
          <w:rFonts w:ascii="Times New Roman" w:hAnsi="Times New Roman" w:cs="Times New Roman"/>
        </w:rPr>
        <w:t xml:space="preserve"> o </w:t>
      </w:r>
      <w:proofErr w:type="spellStart"/>
      <w:r w:rsidRPr="00973B37">
        <w:rPr>
          <w:rFonts w:ascii="Times New Roman" w:hAnsi="Times New Roman" w:cs="Times New Roman"/>
        </w:rPr>
        <w:t>izvoru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financiranja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osim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ako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pravilima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pojedinog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izvora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financiranja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propisana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stroža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pravila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2B2E62C7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NAČELA</w:t>
      </w:r>
      <w:proofErr w:type="spellEnd"/>
      <w:r w:rsidRPr="00973B37">
        <w:rPr>
          <w:rFonts w:ascii="Times New Roman" w:hAnsi="Times New Roman" w:cs="Times New Roman"/>
          <w:b/>
        </w:rPr>
        <w:t xml:space="preserve"> </w:t>
      </w:r>
      <w:proofErr w:type="spellStart"/>
      <w:r w:rsidRPr="00973B37">
        <w:rPr>
          <w:rFonts w:ascii="Times New Roman" w:hAnsi="Times New Roman" w:cs="Times New Roman"/>
          <w:b/>
        </w:rPr>
        <w:t>JAVNE</w:t>
      </w:r>
      <w:proofErr w:type="spellEnd"/>
      <w:r w:rsidRPr="00973B37">
        <w:rPr>
          <w:rFonts w:ascii="Times New Roman" w:hAnsi="Times New Roman" w:cs="Times New Roman"/>
          <w:b/>
        </w:rPr>
        <w:t xml:space="preserve"> </w:t>
      </w:r>
      <w:proofErr w:type="spellStart"/>
      <w:r w:rsidRPr="00973B37">
        <w:rPr>
          <w:rFonts w:ascii="Times New Roman" w:hAnsi="Times New Roman" w:cs="Times New Roman"/>
          <w:b/>
        </w:rPr>
        <w:t>NABAVE</w:t>
      </w:r>
      <w:proofErr w:type="spellEnd"/>
      <w:r w:rsidRPr="00973B37">
        <w:rPr>
          <w:rFonts w:ascii="Times New Roman" w:hAnsi="Times New Roman" w:cs="Times New Roman"/>
          <w:b/>
        </w:rPr>
        <w:t xml:space="preserve"> I </w:t>
      </w:r>
      <w:proofErr w:type="spellStart"/>
      <w:r w:rsidRPr="00973B37">
        <w:rPr>
          <w:rFonts w:ascii="Times New Roman" w:hAnsi="Times New Roman" w:cs="Times New Roman"/>
          <w:b/>
        </w:rPr>
        <w:t>SUKOB</w:t>
      </w:r>
      <w:proofErr w:type="spellEnd"/>
      <w:r w:rsidRPr="00973B37">
        <w:rPr>
          <w:rFonts w:ascii="Times New Roman" w:hAnsi="Times New Roman" w:cs="Times New Roman"/>
          <w:b/>
        </w:rPr>
        <w:t xml:space="preserve"> </w:t>
      </w:r>
      <w:proofErr w:type="spellStart"/>
      <w:r w:rsidRPr="00973B37">
        <w:rPr>
          <w:rFonts w:ascii="Times New Roman" w:hAnsi="Times New Roman" w:cs="Times New Roman"/>
          <w:b/>
        </w:rPr>
        <w:t>INTERESA</w:t>
      </w:r>
      <w:proofErr w:type="spellEnd"/>
    </w:p>
    <w:p w14:paraId="2D904157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Članak</w:t>
      </w:r>
      <w:proofErr w:type="spellEnd"/>
      <w:r w:rsidRPr="00973B37">
        <w:rPr>
          <w:rFonts w:ascii="Times New Roman" w:hAnsi="Times New Roman" w:cs="Times New Roman"/>
          <w:b/>
        </w:rPr>
        <w:t xml:space="preserve"> 2.</w:t>
      </w:r>
    </w:p>
    <w:p w14:paraId="1227604E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Naručitelj</w:t>
      </w:r>
      <w:proofErr w:type="spellEnd"/>
      <w:r w:rsidRPr="00973B37">
        <w:rPr>
          <w:rFonts w:ascii="Times New Roman" w:hAnsi="Times New Roman" w:cs="Times New Roman"/>
        </w:rPr>
        <w:t xml:space="preserve"> je u </w:t>
      </w:r>
      <w:proofErr w:type="spellStart"/>
      <w:r w:rsidRPr="00973B37">
        <w:rPr>
          <w:rFonts w:ascii="Times New Roman" w:hAnsi="Times New Roman" w:cs="Times New Roman"/>
        </w:rPr>
        <w:t>provedbi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jednostavne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obvezan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postupati</w:t>
      </w:r>
      <w:proofErr w:type="spellEnd"/>
      <w:r w:rsidRPr="00973B37">
        <w:rPr>
          <w:rFonts w:ascii="Times New Roman" w:hAnsi="Times New Roman" w:cs="Times New Roman"/>
        </w:rPr>
        <w:t xml:space="preserve"> u </w:t>
      </w:r>
      <w:proofErr w:type="spellStart"/>
      <w:r w:rsidRPr="00973B37">
        <w:rPr>
          <w:rFonts w:ascii="Times New Roman" w:hAnsi="Times New Roman" w:cs="Times New Roman"/>
        </w:rPr>
        <w:t>skladu</w:t>
      </w:r>
      <w:proofErr w:type="spellEnd"/>
      <w:r w:rsidRPr="00973B37">
        <w:rPr>
          <w:rFonts w:ascii="Times New Roman" w:hAnsi="Times New Roman" w:cs="Times New Roman"/>
        </w:rPr>
        <w:t xml:space="preserve"> s </w:t>
      </w:r>
      <w:proofErr w:type="spellStart"/>
      <w:r w:rsidRPr="00973B37">
        <w:rPr>
          <w:rFonts w:ascii="Times New Roman" w:hAnsi="Times New Roman" w:cs="Times New Roman"/>
        </w:rPr>
        <w:t>načelima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javne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iz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članka</w:t>
      </w:r>
      <w:proofErr w:type="spellEnd"/>
      <w:r w:rsidRPr="00973B37">
        <w:rPr>
          <w:rFonts w:ascii="Times New Roman" w:hAnsi="Times New Roman" w:cs="Times New Roman"/>
        </w:rPr>
        <w:t xml:space="preserve"> 4. </w:t>
      </w:r>
      <w:proofErr w:type="spellStart"/>
      <w:r w:rsidRPr="00973B37">
        <w:rPr>
          <w:rFonts w:ascii="Times New Roman" w:hAnsi="Times New Roman" w:cs="Times New Roman"/>
        </w:rPr>
        <w:t>Zakona</w:t>
      </w:r>
      <w:proofErr w:type="spellEnd"/>
      <w:r w:rsidRPr="00973B37">
        <w:rPr>
          <w:rFonts w:ascii="Times New Roman" w:hAnsi="Times New Roman" w:cs="Times New Roman"/>
        </w:rPr>
        <w:t xml:space="preserve"> o </w:t>
      </w:r>
      <w:proofErr w:type="spellStart"/>
      <w:r w:rsidRPr="00973B37">
        <w:rPr>
          <w:rFonts w:ascii="Times New Roman" w:hAnsi="Times New Roman" w:cs="Times New Roman"/>
        </w:rPr>
        <w:t>javnoj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te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osigurati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ekonomično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svrhovito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učinkovito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zakonito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trošenje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sredstava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0BA63E92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r w:rsidRPr="00973B37">
        <w:rPr>
          <w:rFonts w:ascii="Times New Roman" w:hAnsi="Times New Roman" w:cs="Times New Roman"/>
        </w:rPr>
        <w:t xml:space="preserve">Na </w:t>
      </w:r>
      <w:proofErr w:type="spellStart"/>
      <w:r w:rsidRPr="00973B37">
        <w:rPr>
          <w:rFonts w:ascii="Times New Roman" w:hAnsi="Times New Roman" w:cs="Times New Roman"/>
        </w:rPr>
        <w:t>sprječavanje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prepoznavanje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uklanjanje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sukoba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interesa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odgovarajući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način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primjenjuju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odredbe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članaka</w:t>
      </w:r>
      <w:proofErr w:type="spellEnd"/>
      <w:r w:rsidRPr="00973B37">
        <w:rPr>
          <w:rFonts w:ascii="Times New Roman" w:hAnsi="Times New Roman" w:cs="Times New Roman"/>
        </w:rPr>
        <w:t xml:space="preserve"> 75. do 83. </w:t>
      </w:r>
      <w:proofErr w:type="spellStart"/>
      <w:r w:rsidRPr="00973B37">
        <w:rPr>
          <w:rFonts w:ascii="Times New Roman" w:hAnsi="Times New Roman" w:cs="Times New Roman"/>
        </w:rPr>
        <w:t>Zakona</w:t>
      </w:r>
      <w:proofErr w:type="spellEnd"/>
      <w:r w:rsidRPr="00973B37">
        <w:rPr>
          <w:rFonts w:ascii="Times New Roman" w:hAnsi="Times New Roman" w:cs="Times New Roman"/>
        </w:rPr>
        <w:t xml:space="preserve"> o </w:t>
      </w:r>
      <w:proofErr w:type="spellStart"/>
      <w:r w:rsidRPr="00973B37">
        <w:rPr>
          <w:rFonts w:ascii="Times New Roman" w:hAnsi="Times New Roman" w:cs="Times New Roman"/>
        </w:rPr>
        <w:t>javnoj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nabavi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03BB1D4B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Osobe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koje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sudjeluju</w:t>
      </w:r>
      <w:proofErr w:type="spellEnd"/>
      <w:r w:rsidRPr="00973B37">
        <w:rPr>
          <w:rFonts w:ascii="Times New Roman" w:hAnsi="Times New Roman" w:cs="Times New Roman"/>
        </w:rPr>
        <w:t xml:space="preserve"> u </w:t>
      </w:r>
      <w:proofErr w:type="spellStart"/>
      <w:r w:rsidRPr="00973B37">
        <w:rPr>
          <w:rFonts w:ascii="Times New Roman" w:hAnsi="Times New Roman" w:cs="Times New Roman"/>
        </w:rPr>
        <w:t>pripremi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provedbi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postupka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dužne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su</w:t>
      </w:r>
      <w:proofErr w:type="spellEnd"/>
      <w:r w:rsidRPr="00973B37">
        <w:rPr>
          <w:rFonts w:ascii="Times New Roman" w:hAnsi="Times New Roman" w:cs="Times New Roman"/>
        </w:rPr>
        <w:t xml:space="preserve"> bez </w:t>
      </w:r>
      <w:proofErr w:type="spellStart"/>
      <w:r w:rsidRPr="00973B37">
        <w:rPr>
          <w:rFonts w:ascii="Times New Roman" w:hAnsi="Times New Roman" w:cs="Times New Roman"/>
        </w:rPr>
        <w:t>odgode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prijaviti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postojanje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mogućnost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postojanja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sukoba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interesa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izuzeti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iz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daljnjeg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postupanja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kada</w:t>
      </w:r>
      <w:proofErr w:type="spellEnd"/>
      <w:r w:rsidRPr="00973B37">
        <w:rPr>
          <w:rFonts w:ascii="Times New Roman" w:hAnsi="Times New Roman" w:cs="Times New Roman"/>
        </w:rPr>
        <w:t xml:space="preserve"> je to </w:t>
      </w:r>
      <w:proofErr w:type="spellStart"/>
      <w:r w:rsidRPr="00973B37">
        <w:rPr>
          <w:rFonts w:ascii="Times New Roman" w:hAnsi="Times New Roman" w:cs="Times New Roman"/>
        </w:rPr>
        <w:t>potrebno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3C5F66D7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PLANIRANJE</w:t>
      </w:r>
      <w:proofErr w:type="spellEnd"/>
      <w:r w:rsidRPr="00973B37">
        <w:rPr>
          <w:rFonts w:ascii="Times New Roman" w:hAnsi="Times New Roman" w:cs="Times New Roman"/>
          <w:b/>
        </w:rPr>
        <w:t xml:space="preserve"> I </w:t>
      </w:r>
      <w:proofErr w:type="spellStart"/>
      <w:r w:rsidRPr="00973B37">
        <w:rPr>
          <w:rFonts w:ascii="Times New Roman" w:hAnsi="Times New Roman" w:cs="Times New Roman"/>
          <w:b/>
        </w:rPr>
        <w:t>POKRETANJE</w:t>
      </w:r>
      <w:proofErr w:type="spellEnd"/>
      <w:r w:rsidRPr="00973B37">
        <w:rPr>
          <w:rFonts w:ascii="Times New Roman" w:hAnsi="Times New Roman" w:cs="Times New Roman"/>
          <w:b/>
        </w:rPr>
        <w:t xml:space="preserve"> </w:t>
      </w:r>
      <w:proofErr w:type="spellStart"/>
      <w:r w:rsidRPr="00973B37">
        <w:rPr>
          <w:rFonts w:ascii="Times New Roman" w:hAnsi="Times New Roman" w:cs="Times New Roman"/>
          <w:b/>
        </w:rPr>
        <w:t>NABAVE</w:t>
      </w:r>
      <w:proofErr w:type="spellEnd"/>
    </w:p>
    <w:p w14:paraId="32F92078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Članak</w:t>
      </w:r>
      <w:proofErr w:type="spellEnd"/>
      <w:r w:rsidRPr="00973B37">
        <w:rPr>
          <w:rFonts w:ascii="Times New Roman" w:hAnsi="Times New Roman" w:cs="Times New Roman"/>
          <w:b/>
        </w:rPr>
        <w:t xml:space="preserve"> 3.</w:t>
      </w:r>
    </w:p>
    <w:p w14:paraId="1A5F77AF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Nabava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provodi</w:t>
      </w:r>
      <w:proofErr w:type="spellEnd"/>
      <w:r w:rsidRPr="00973B37">
        <w:rPr>
          <w:rFonts w:ascii="Times New Roman" w:hAnsi="Times New Roman" w:cs="Times New Roman"/>
        </w:rPr>
        <w:t xml:space="preserve"> u </w:t>
      </w:r>
      <w:proofErr w:type="spellStart"/>
      <w:r w:rsidRPr="00973B37">
        <w:rPr>
          <w:rFonts w:ascii="Times New Roman" w:hAnsi="Times New Roman" w:cs="Times New Roman"/>
        </w:rPr>
        <w:t>skladu</w:t>
      </w:r>
      <w:proofErr w:type="spellEnd"/>
      <w:r w:rsidRPr="00973B37">
        <w:rPr>
          <w:rFonts w:ascii="Times New Roman" w:hAnsi="Times New Roman" w:cs="Times New Roman"/>
        </w:rPr>
        <w:t xml:space="preserve"> s </w:t>
      </w:r>
      <w:proofErr w:type="spellStart"/>
      <w:r w:rsidRPr="00973B37">
        <w:rPr>
          <w:rFonts w:ascii="Times New Roman" w:hAnsi="Times New Roman" w:cs="Times New Roman"/>
        </w:rPr>
        <w:t>važećim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planom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kada</w:t>
      </w:r>
      <w:proofErr w:type="spellEnd"/>
      <w:r w:rsidRPr="00973B37">
        <w:rPr>
          <w:rFonts w:ascii="Times New Roman" w:hAnsi="Times New Roman" w:cs="Times New Roman"/>
        </w:rPr>
        <w:t xml:space="preserve"> je </w:t>
      </w:r>
      <w:proofErr w:type="spellStart"/>
      <w:r w:rsidRPr="00973B37">
        <w:rPr>
          <w:rFonts w:ascii="Times New Roman" w:hAnsi="Times New Roman" w:cs="Times New Roman"/>
        </w:rPr>
        <w:t>predmet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obvezno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uvrstiti</w:t>
      </w:r>
      <w:proofErr w:type="spellEnd"/>
      <w:r w:rsidRPr="00973B37">
        <w:rPr>
          <w:rFonts w:ascii="Times New Roman" w:hAnsi="Times New Roman" w:cs="Times New Roman"/>
        </w:rPr>
        <w:t xml:space="preserve"> u plan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sukladno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Zakonu</w:t>
      </w:r>
      <w:proofErr w:type="spellEnd"/>
      <w:r w:rsidRPr="00973B37">
        <w:rPr>
          <w:rFonts w:ascii="Times New Roman" w:hAnsi="Times New Roman" w:cs="Times New Roman"/>
        </w:rPr>
        <w:t xml:space="preserve"> o </w:t>
      </w:r>
      <w:proofErr w:type="spellStart"/>
      <w:r w:rsidRPr="00973B37">
        <w:rPr>
          <w:rFonts w:ascii="Times New Roman" w:hAnsi="Times New Roman" w:cs="Times New Roman"/>
        </w:rPr>
        <w:t>javnoj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podzakonskim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propisima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5B7F311D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Postupak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pokreće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zahtjevom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ustrojstvene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jedinice</w:t>
      </w:r>
      <w:proofErr w:type="spellEnd"/>
      <w:r w:rsidRPr="00973B37">
        <w:rPr>
          <w:rFonts w:ascii="Times New Roman" w:hAnsi="Times New Roman" w:cs="Times New Roman"/>
        </w:rPr>
        <w:t xml:space="preserve">, koji </w:t>
      </w:r>
      <w:proofErr w:type="spellStart"/>
      <w:r w:rsidRPr="00973B37">
        <w:rPr>
          <w:rFonts w:ascii="Times New Roman" w:hAnsi="Times New Roman" w:cs="Times New Roman"/>
        </w:rPr>
        <w:t>može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biti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podnesen</w:t>
      </w:r>
      <w:proofErr w:type="spellEnd"/>
      <w:r w:rsidRPr="00973B37">
        <w:rPr>
          <w:rFonts w:ascii="Times New Roman" w:hAnsi="Times New Roman" w:cs="Times New Roman"/>
        </w:rPr>
        <w:t xml:space="preserve"> u </w:t>
      </w:r>
      <w:proofErr w:type="spellStart"/>
      <w:r w:rsidRPr="00973B37">
        <w:rPr>
          <w:rFonts w:ascii="Times New Roman" w:hAnsi="Times New Roman" w:cs="Times New Roman"/>
        </w:rPr>
        <w:t>elektroničkom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pisanom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obliku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najmanje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sadrži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naziv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predmeta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procijenjenu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vrijednost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kratko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obrazloženje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potrebe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te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podatke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potrebne</w:t>
      </w:r>
      <w:proofErr w:type="spellEnd"/>
      <w:r w:rsidRPr="00973B37">
        <w:rPr>
          <w:rFonts w:ascii="Times New Roman" w:hAnsi="Times New Roman" w:cs="Times New Roman"/>
        </w:rPr>
        <w:t xml:space="preserve"> za </w:t>
      </w:r>
      <w:proofErr w:type="spellStart"/>
      <w:r w:rsidRPr="00973B37">
        <w:rPr>
          <w:rFonts w:ascii="Times New Roman" w:hAnsi="Times New Roman" w:cs="Times New Roman"/>
        </w:rPr>
        <w:t>osiguranje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sredstava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398C1CBF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Služba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nadležna</w:t>
      </w:r>
      <w:proofErr w:type="spellEnd"/>
      <w:r w:rsidRPr="00973B37">
        <w:rPr>
          <w:rFonts w:ascii="Times New Roman" w:hAnsi="Times New Roman" w:cs="Times New Roman"/>
        </w:rPr>
        <w:t xml:space="preserve"> za </w:t>
      </w:r>
      <w:proofErr w:type="spellStart"/>
      <w:r w:rsidRPr="00973B37">
        <w:rPr>
          <w:rFonts w:ascii="Times New Roman" w:hAnsi="Times New Roman" w:cs="Times New Roman"/>
        </w:rPr>
        <w:t>ekonomske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poslove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provjerava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raspoloživost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sredstava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usklađenost</w:t>
      </w:r>
      <w:proofErr w:type="spellEnd"/>
      <w:r w:rsidRPr="00973B37">
        <w:rPr>
          <w:rFonts w:ascii="Times New Roman" w:hAnsi="Times New Roman" w:cs="Times New Roman"/>
        </w:rPr>
        <w:t xml:space="preserve"> s </w:t>
      </w:r>
      <w:proofErr w:type="spellStart"/>
      <w:r w:rsidRPr="00973B37">
        <w:rPr>
          <w:rFonts w:ascii="Times New Roman" w:hAnsi="Times New Roman" w:cs="Times New Roman"/>
        </w:rPr>
        <w:t>planom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4F37A4DA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r w:rsidRPr="00973B37">
        <w:rPr>
          <w:rFonts w:ascii="Times New Roman" w:hAnsi="Times New Roman" w:cs="Times New Roman"/>
        </w:rPr>
        <w:t xml:space="preserve">Zahtjev, </w:t>
      </w:r>
      <w:proofErr w:type="spellStart"/>
      <w:r w:rsidRPr="00973B37">
        <w:rPr>
          <w:rFonts w:ascii="Times New Roman" w:hAnsi="Times New Roman" w:cs="Times New Roman"/>
        </w:rPr>
        <w:t>odobrenje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odluka</w:t>
      </w:r>
      <w:proofErr w:type="spellEnd"/>
      <w:r w:rsidRPr="00973B37">
        <w:rPr>
          <w:rFonts w:ascii="Times New Roman" w:hAnsi="Times New Roman" w:cs="Times New Roman"/>
        </w:rPr>
        <w:t xml:space="preserve"> o </w:t>
      </w:r>
      <w:proofErr w:type="spellStart"/>
      <w:r w:rsidRPr="00973B37">
        <w:rPr>
          <w:rFonts w:ascii="Times New Roman" w:hAnsi="Times New Roman" w:cs="Times New Roman"/>
        </w:rPr>
        <w:t>početku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postupka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imenovanje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osoba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zaduženih</w:t>
      </w:r>
      <w:proofErr w:type="spellEnd"/>
      <w:r w:rsidRPr="00973B37">
        <w:rPr>
          <w:rFonts w:ascii="Times New Roman" w:hAnsi="Times New Roman" w:cs="Times New Roman"/>
        </w:rPr>
        <w:t xml:space="preserve"> za </w:t>
      </w:r>
      <w:proofErr w:type="spellStart"/>
      <w:r w:rsidRPr="00973B37">
        <w:rPr>
          <w:rFonts w:ascii="Times New Roman" w:hAnsi="Times New Roman" w:cs="Times New Roman"/>
        </w:rPr>
        <w:t>provedbu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mogu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biti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objedinjeni</w:t>
      </w:r>
      <w:proofErr w:type="spellEnd"/>
      <w:r w:rsidRPr="00973B37">
        <w:rPr>
          <w:rFonts w:ascii="Times New Roman" w:hAnsi="Times New Roman" w:cs="Times New Roman"/>
        </w:rPr>
        <w:t xml:space="preserve"> u </w:t>
      </w:r>
      <w:proofErr w:type="spellStart"/>
      <w:r w:rsidRPr="00973B37">
        <w:rPr>
          <w:rFonts w:ascii="Times New Roman" w:hAnsi="Times New Roman" w:cs="Times New Roman"/>
        </w:rPr>
        <w:t>jednom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dokumentu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elektroničkom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zapisu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24BC1464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NABAVA</w:t>
      </w:r>
      <w:proofErr w:type="spellEnd"/>
      <w:r w:rsidRPr="00973B37">
        <w:rPr>
          <w:rFonts w:ascii="Times New Roman" w:hAnsi="Times New Roman" w:cs="Times New Roman"/>
          <w:b/>
        </w:rPr>
        <w:t xml:space="preserve"> DO 5.000,00 EURA</w:t>
      </w:r>
    </w:p>
    <w:p w14:paraId="5E6707F5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Članak</w:t>
      </w:r>
      <w:proofErr w:type="spellEnd"/>
      <w:r w:rsidRPr="00973B37">
        <w:rPr>
          <w:rFonts w:ascii="Times New Roman" w:hAnsi="Times New Roman" w:cs="Times New Roman"/>
          <w:b/>
        </w:rPr>
        <w:t xml:space="preserve"> 4.</w:t>
      </w:r>
    </w:p>
    <w:p w14:paraId="31A934B8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lastRenderedPageBreak/>
        <w:t>Nabava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procijenjene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vrijednosti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manje</w:t>
      </w:r>
      <w:proofErr w:type="spellEnd"/>
      <w:r w:rsidRPr="00973B37">
        <w:rPr>
          <w:rFonts w:ascii="Times New Roman" w:hAnsi="Times New Roman" w:cs="Times New Roman"/>
        </w:rPr>
        <w:t xml:space="preserve"> od 5.000,00 </w:t>
      </w:r>
      <w:proofErr w:type="spellStart"/>
      <w:r w:rsidRPr="00973B37">
        <w:rPr>
          <w:rFonts w:ascii="Times New Roman" w:hAnsi="Times New Roman" w:cs="Times New Roman"/>
        </w:rPr>
        <w:t>eura</w:t>
      </w:r>
      <w:proofErr w:type="spellEnd"/>
      <w:r w:rsidRPr="00973B37">
        <w:rPr>
          <w:rFonts w:ascii="Times New Roman" w:hAnsi="Times New Roman" w:cs="Times New Roman"/>
        </w:rPr>
        <w:t xml:space="preserve"> bez PDV-a </w:t>
      </w:r>
      <w:proofErr w:type="spellStart"/>
      <w:r w:rsidRPr="00973B37">
        <w:rPr>
          <w:rFonts w:ascii="Times New Roman" w:hAnsi="Times New Roman" w:cs="Times New Roman"/>
        </w:rPr>
        <w:t>provodi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izravnim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odabirom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gospodarskog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subjekta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izdavanjem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narudžbenice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sklapanjem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ugovora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prihvatom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ponude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izravnom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kupnjom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drugim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odgovarajućim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načinom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43585434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r w:rsidRPr="00973B37">
        <w:rPr>
          <w:rFonts w:ascii="Times New Roman" w:hAnsi="Times New Roman" w:cs="Times New Roman"/>
        </w:rPr>
        <w:t xml:space="preserve">Za </w:t>
      </w:r>
      <w:proofErr w:type="spellStart"/>
      <w:r w:rsidRPr="00973B37">
        <w:rPr>
          <w:rFonts w:ascii="Times New Roman" w:hAnsi="Times New Roman" w:cs="Times New Roman"/>
        </w:rPr>
        <w:t>nabavu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iz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stavka</w:t>
      </w:r>
      <w:proofErr w:type="spellEnd"/>
      <w:r w:rsidRPr="00973B37">
        <w:rPr>
          <w:rFonts w:ascii="Times New Roman" w:hAnsi="Times New Roman" w:cs="Times New Roman"/>
        </w:rPr>
        <w:t xml:space="preserve"> 1. </w:t>
      </w:r>
      <w:proofErr w:type="spellStart"/>
      <w:r w:rsidRPr="00973B37">
        <w:rPr>
          <w:rFonts w:ascii="Times New Roman" w:hAnsi="Times New Roman" w:cs="Times New Roman"/>
        </w:rPr>
        <w:t>ovoga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članka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nije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obvezno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pribavljanje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više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ponuda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donošenje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posebne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odluke</w:t>
      </w:r>
      <w:proofErr w:type="spellEnd"/>
      <w:r w:rsidRPr="00973B37">
        <w:rPr>
          <w:rFonts w:ascii="Times New Roman" w:hAnsi="Times New Roman" w:cs="Times New Roman"/>
        </w:rPr>
        <w:t xml:space="preserve"> o </w:t>
      </w:r>
      <w:proofErr w:type="spellStart"/>
      <w:r w:rsidRPr="00973B37">
        <w:rPr>
          <w:rFonts w:ascii="Times New Roman" w:hAnsi="Times New Roman" w:cs="Times New Roman"/>
        </w:rPr>
        <w:t>odabiru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2EA3352B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Iznimno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nabava</w:t>
      </w:r>
      <w:proofErr w:type="spellEnd"/>
      <w:r w:rsidRPr="00973B37">
        <w:rPr>
          <w:rFonts w:ascii="Times New Roman" w:hAnsi="Times New Roman" w:cs="Times New Roman"/>
        </w:rPr>
        <w:t xml:space="preserve"> do 1.000,00 </w:t>
      </w:r>
      <w:proofErr w:type="spellStart"/>
      <w:r w:rsidRPr="00973B37">
        <w:rPr>
          <w:rFonts w:ascii="Times New Roman" w:hAnsi="Times New Roman" w:cs="Times New Roman"/>
        </w:rPr>
        <w:t>eura</w:t>
      </w:r>
      <w:proofErr w:type="spellEnd"/>
      <w:r w:rsidRPr="00973B37">
        <w:rPr>
          <w:rFonts w:ascii="Times New Roman" w:hAnsi="Times New Roman" w:cs="Times New Roman"/>
        </w:rPr>
        <w:t xml:space="preserve"> bez PDV-a </w:t>
      </w:r>
      <w:proofErr w:type="spellStart"/>
      <w:r w:rsidRPr="00973B37">
        <w:rPr>
          <w:rFonts w:ascii="Times New Roman" w:hAnsi="Times New Roman" w:cs="Times New Roman"/>
        </w:rPr>
        <w:t>može</w:t>
      </w:r>
      <w:proofErr w:type="spellEnd"/>
      <w:r w:rsidRPr="00973B37">
        <w:rPr>
          <w:rFonts w:ascii="Times New Roman" w:hAnsi="Times New Roman" w:cs="Times New Roman"/>
        </w:rPr>
        <w:t xml:space="preserve"> se, </w:t>
      </w:r>
      <w:proofErr w:type="spellStart"/>
      <w:r w:rsidRPr="00973B37">
        <w:rPr>
          <w:rFonts w:ascii="Times New Roman" w:hAnsi="Times New Roman" w:cs="Times New Roman"/>
        </w:rPr>
        <w:t>uz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prethodno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odobrenje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čelnika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Naručitelja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osobe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koju</w:t>
      </w:r>
      <w:proofErr w:type="spellEnd"/>
      <w:r w:rsidRPr="00973B37">
        <w:rPr>
          <w:rFonts w:ascii="Times New Roman" w:hAnsi="Times New Roman" w:cs="Times New Roman"/>
        </w:rPr>
        <w:t xml:space="preserve"> on </w:t>
      </w:r>
      <w:proofErr w:type="spellStart"/>
      <w:r w:rsidRPr="00973B37">
        <w:rPr>
          <w:rFonts w:ascii="Times New Roman" w:hAnsi="Times New Roman" w:cs="Times New Roman"/>
        </w:rPr>
        <w:t>ovlasti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izvršiti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izravnim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plaćanjem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službenom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karticom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gotovinskim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predujmom</w:t>
      </w:r>
      <w:proofErr w:type="spellEnd"/>
      <w:r w:rsidRPr="00973B37">
        <w:rPr>
          <w:rFonts w:ascii="Times New Roman" w:hAnsi="Times New Roman" w:cs="Times New Roman"/>
        </w:rPr>
        <w:t xml:space="preserve">, bez </w:t>
      </w:r>
      <w:proofErr w:type="spellStart"/>
      <w:r w:rsidRPr="00973B37">
        <w:rPr>
          <w:rFonts w:ascii="Times New Roman" w:hAnsi="Times New Roman" w:cs="Times New Roman"/>
        </w:rPr>
        <w:t>izdavanja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narudžbenice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463B8A23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Nabava</w:t>
      </w:r>
      <w:proofErr w:type="spellEnd"/>
      <w:r w:rsidRPr="00973B37">
        <w:rPr>
          <w:rFonts w:ascii="Times New Roman" w:hAnsi="Times New Roman" w:cs="Times New Roman"/>
        </w:rPr>
        <w:t xml:space="preserve"> do 300,00 </w:t>
      </w:r>
      <w:proofErr w:type="spellStart"/>
      <w:r w:rsidRPr="00973B37">
        <w:rPr>
          <w:rFonts w:ascii="Times New Roman" w:hAnsi="Times New Roman" w:cs="Times New Roman"/>
        </w:rPr>
        <w:t>eura</w:t>
      </w:r>
      <w:proofErr w:type="spellEnd"/>
      <w:r w:rsidRPr="00973B37">
        <w:rPr>
          <w:rFonts w:ascii="Times New Roman" w:hAnsi="Times New Roman" w:cs="Times New Roman"/>
        </w:rPr>
        <w:t xml:space="preserve"> bez PDV-a </w:t>
      </w:r>
      <w:proofErr w:type="spellStart"/>
      <w:r w:rsidRPr="00973B37">
        <w:rPr>
          <w:rFonts w:ascii="Times New Roman" w:hAnsi="Times New Roman" w:cs="Times New Roman"/>
        </w:rPr>
        <w:t>može</w:t>
      </w:r>
      <w:proofErr w:type="spellEnd"/>
      <w:r w:rsidRPr="00973B37">
        <w:rPr>
          <w:rFonts w:ascii="Times New Roman" w:hAnsi="Times New Roman" w:cs="Times New Roman"/>
        </w:rPr>
        <w:t xml:space="preserve"> se, </w:t>
      </w:r>
      <w:proofErr w:type="spellStart"/>
      <w:r w:rsidRPr="00973B37">
        <w:rPr>
          <w:rFonts w:ascii="Times New Roman" w:hAnsi="Times New Roman" w:cs="Times New Roman"/>
        </w:rPr>
        <w:t>kada</w:t>
      </w:r>
      <w:proofErr w:type="spellEnd"/>
      <w:r w:rsidRPr="00973B37">
        <w:rPr>
          <w:rFonts w:ascii="Times New Roman" w:hAnsi="Times New Roman" w:cs="Times New Roman"/>
        </w:rPr>
        <w:t xml:space="preserve"> je </w:t>
      </w:r>
      <w:proofErr w:type="spellStart"/>
      <w:r w:rsidRPr="00973B37">
        <w:rPr>
          <w:rFonts w:ascii="Times New Roman" w:hAnsi="Times New Roman" w:cs="Times New Roman"/>
        </w:rPr>
        <w:t>nužna</w:t>
      </w:r>
      <w:proofErr w:type="spellEnd"/>
      <w:r w:rsidRPr="00973B37">
        <w:rPr>
          <w:rFonts w:ascii="Times New Roman" w:hAnsi="Times New Roman" w:cs="Times New Roman"/>
        </w:rPr>
        <w:t xml:space="preserve"> za </w:t>
      </w:r>
      <w:proofErr w:type="spellStart"/>
      <w:r w:rsidRPr="00973B37">
        <w:rPr>
          <w:rFonts w:ascii="Times New Roman" w:hAnsi="Times New Roman" w:cs="Times New Roman"/>
        </w:rPr>
        <w:t>redovito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neodgodivo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poslovanje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izvršiti</w:t>
      </w:r>
      <w:proofErr w:type="spellEnd"/>
      <w:r w:rsidRPr="00973B37">
        <w:rPr>
          <w:rFonts w:ascii="Times New Roman" w:hAnsi="Times New Roman" w:cs="Times New Roman"/>
        </w:rPr>
        <w:t xml:space="preserve"> bez </w:t>
      </w:r>
      <w:proofErr w:type="spellStart"/>
      <w:r w:rsidRPr="00973B37">
        <w:rPr>
          <w:rFonts w:ascii="Times New Roman" w:hAnsi="Times New Roman" w:cs="Times New Roman"/>
        </w:rPr>
        <w:t>prethodnog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odobrenja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uz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obvezu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dostave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računa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naknadnog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odobrenja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752F408C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NABAVA</w:t>
      </w:r>
      <w:proofErr w:type="spellEnd"/>
      <w:r w:rsidRPr="00973B37">
        <w:rPr>
          <w:rFonts w:ascii="Times New Roman" w:hAnsi="Times New Roman" w:cs="Times New Roman"/>
          <w:b/>
        </w:rPr>
        <w:t xml:space="preserve"> OD 5.000,00 DO 15.000,00 EURA</w:t>
      </w:r>
    </w:p>
    <w:p w14:paraId="30CC20EA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Članak</w:t>
      </w:r>
      <w:proofErr w:type="spellEnd"/>
      <w:r w:rsidRPr="00973B37">
        <w:rPr>
          <w:rFonts w:ascii="Times New Roman" w:hAnsi="Times New Roman" w:cs="Times New Roman"/>
          <w:b/>
        </w:rPr>
        <w:t xml:space="preserve"> 5.</w:t>
      </w:r>
    </w:p>
    <w:p w14:paraId="221773C5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Nabava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procijenjene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vrijednosti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jednake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veće</w:t>
      </w:r>
      <w:proofErr w:type="spellEnd"/>
      <w:r w:rsidRPr="00973B37">
        <w:rPr>
          <w:rFonts w:ascii="Times New Roman" w:hAnsi="Times New Roman" w:cs="Times New Roman"/>
        </w:rPr>
        <w:t xml:space="preserve"> od 5.000,00 </w:t>
      </w:r>
      <w:proofErr w:type="spellStart"/>
      <w:r w:rsidRPr="00973B37">
        <w:rPr>
          <w:rFonts w:ascii="Times New Roman" w:hAnsi="Times New Roman" w:cs="Times New Roman"/>
        </w:rPr>
        <w:t>eura</w:t>
      </w:r>
      <w:proofErr w:type="spellEnd"/>
      <w:r w:rsidRPr="00973B37">
        <w:rPr>
          <w:rFonts w:ascii="Times New Roman" w:hAnsi="Times New Roman" w:cs="Times New Roman"/>
        </w:rPr>
        <w:t xml:space="preserve">, a </w:t>
      </w:r>
      <w:proofErr w:type="spellStart"/>
      <w:r w:rsidRPr="00973B37">
        <w:rPr>
          <w:rFonts w:ascii="Times New Roman" w:hAnsi="Times New Roman" w:cs="Times New Roman"/>
        </w:rPr>
        <w:t>jednake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manje</w:t>
      </w:r>
      <w:proofErr w:type="spellEnd"/>
      <w:r w:rsidRPr="00973B37">
        <w:rPr>
          <w:rFonts w:ascii="Times New Roman" w:hAnsi="Times New Roman" w:cs="Times New Roman"/>
        </w:rPr>
        <w:t xml:space="preserve"> od 15.000,00 </w:t>
      </w:r>
      <w:proofErr w:type="spellStart"/>
      <w:r w:rsidRPr="00973B37">
        <w:rPr>
          <w:rFonts w:ascii="Times New Roman" w:hAnsi="Times New Roman" w:cs="Times New Roman"/>
        </w:rPr>
        <w:t>eura</w:t>
      </w:r>
      <w:proofErr w:type="spellEnd"/>
      <w:r w:rsidRPr="00973B37">
        <w:rPr>
          <w:rFonts w:ascii="Times New Roman" w:hAnsi="Times New Roman" w:cs="Times New Roman"/>
        </w:rPr>
        <w:t xml:space="preserve"> bez PDV-a, </w:t>
      </w:r>
      <w:proofErr w:type="spellStart"/>
      <w:r w:rsidRPr="00973B37">
        <w:rPr>
          <w:rFonts w:ascii="Times New Roman" w:hAnsi="Times New Roman" w:cs="Times New Roman"/>
        </w:rPr>
        <w:t>provodi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prikupljanjem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najmanje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jedne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ponude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78C12055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Poziv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može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uputiti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elektroničkom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poštom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drugim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prikladnim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elektroničkim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sredstvom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komunikacije</w:t>
      </w:r>
      <w:proofErr w:type="spellEnd"/>
      <w:r w:rsidRPr="00973B37">
        <w:rPr>
          <w:rFonts w:ascii="Times New Roman" w:hAnsi="Times New Roman" w:cs="Times New Roman"/>
        </w:rPr>
        <w:t xml:space="preserve">, a </w:t>
      </w:r>
      <w:proofErr w:type="spellStart"/>
      <w:r w:rsidRPr="00973B37">
        <w:rPr>
          <w:rFonts w:ascii="Times New Roman" w:hAnsi="Times New Roman" w:cs="Times New Roman"/>
        </w:rPr>
        <w:t>ponuda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može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pribaviti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korištenjem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javno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dostupnih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cjenika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internetskih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trgovina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kataloga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drugih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provjerljivih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tržišnih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izvora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24025FEE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Naručitelj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može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kada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ocijeni</w:t>
      </w:r>
      <w:proofErr w:type="spellEnd"/>
      <w:r w:rsidRPr="00973B37">
        <w:rPr>
          <w:rFonts w:ascii="Times New Roman" w:hAnsi="Times New Roman" w:cs="Times New Roman"/>
        </w:rPr>
        <w:t xml:space="preserve"> da je to </w:t>
      </w:r>
      <w:proofErr w:type="spellStart"/>
      <w:r w:rsidRPr="00973B37">
        <w:rPr>
          <w:rFonts w:ascii="Times New Roman" w:hAnsi="Times New Roman" w:cs="Times New Roman"/>
        </w:rPr>
        <w:t>svrhovito</w:t>
      </w:r>
      <w:proofErr w:type="spellEnd"/>
      <w:r w:rsidRPr="00973B37">
        <w:rPr>
          <w:rFonts w:ascii="Times New Roman" w:hAnsi="Times New Roman" w:cs="Times New Roman"/>
        </w:rPr>
        <w:t xml:space="preserve"> s </w:t>
      </w:r>
      <w:proofErr w:type="spellStart"/>
      <w:r w:rsidRPr="00973B37">
        <w:rPr>
          <w:rFonts w:ascii="Times New Roman" w:hAnsi="Times New Roman" w:cs="Times New Roman"/>
        </w:rPr>
        <w:t>obzirom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predmet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tržišno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natjecanje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vrijednost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zatražiti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ponude</w:t>
      </w:r>
      <w:proofErr w:type="spellEnd"/>
      <w:r w:rsidRPr="00973B37">
        <w:rPr>
          <w:rFonts w:ascii="Times New Roman" w:hAnsi="Times New Roman" w:cs="Times New Roman"/>
        </w:rPr>
        <w:t xml:space="preserve"> od </w:t>
      </w:r>
      <w:proofErr w:type="spellStart"/>
      <w:r w:rsidRPr="00973B37">
        <w:rPr>
          <w:rFonts w:ascii="Times New Roman" w:hAnsi="Times New Roman" w:cs="Times New Roman"/>
        </w:rPr>
        <w:t>više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gospodarskih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subjekata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0A26FB77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Odabir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dokumentira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kratkom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bilješkom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odobrenjem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zahtjeva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narudžbenicom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ugovorom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drugim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odgovarajućim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zapisom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iz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kojeg</w:t>
      </w:r>
      <w:proofErr w:type="spellEnd"/>
      <w:r w:rsidRPr="00973B37">
        <w:rPr>
          <w:rFonts w:ascii="Times New Roman" w:hAnsi="Times New Roman" w:cs="Times New Roman"/>
        </w:rPr>
        <w:t xml:space="preserve"> je </w:t>
      </w:r>
      <w:proofErr w:type="spellStart"/>
      <w:r w:rsidRPr="00973B37">
        <w:rPr>
          <w:rFonts w:ascii="Times New Roman" w:hAnsi="Times New Roman" w:cs="Times New Roman"/>
        </w:rPr>
        <w:t>vidljiv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predmet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odabrani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gospodarski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subjekt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vrijednost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1489BB15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NABAVA</w:t>
      </w:r>
      <w:proofErr w:type="spellEnd"/>
      <w:r w:rsidRPr="00973B37">
        <w:rPr>
          <w:rFonts w:ascii="Times New Roman" w:hAnsi="Times New Roman" w:cs="Times New Roman"/>
          <w:b/>
        </w:rPr>
        <w:t xml:space="preserve"> </w:t>
      </w:r>
      <w:proofErr w:type="spellStart"/>
      <w:r w:rsidRPr="00973B37">
        <w:rPr>
          <w:rFonts w:ascii="Times New Roman" w:hAnsi="Times New Roman" w:cs="Times New Roman"/>
          <w:b/>
        </w:rPr>
        <w:t>VEĆA</w:t>
      </w:r>
      <w:proofErr w:type="spellEnd"/>
      <w:r w:rsidRPr="00973B37">
        <w:rPr>
          <w:rFonts w:ascii="Times New Roman" w:hAnsi="Times New Roman" w:cs="Times New Roman"/>
          <w:b/>
        </w:rPr>
        <w:t xml:space="preserve"> OD 15.000,00 EURA</w:t>
      </w:r>
    </w:p>
    <w:p w14:paraId="02DAC69C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Članak</w:t>
      </w:r>
      <w:proofErr w:type="spellEnd"/>
      <w:r w:rsidRPr="00973B37">
        <w:rPr>
          <w:rFonts w:ascii="Times New Roman" w:hAnsi="Times New Roman" w:cs="Times New Roman"/>
          <w:b/>
        </w:rPr>
        <w:t xml:space="preserve"> 6.</w:t>
      </w:r>
    </w:p>
    <w:p w14:paraId="1E020812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Postupak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jednostavne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procijenjene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vrijednosti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veće</w:t>
      </w:r>
      <w:proofErr w:type="spellEnd"/>
      <w:r w:rsidRPr="00973B37">
        <w:rPr>
          <w:rFonts w:ascii="Times New Roman" w:hAnsi="Times New Roman" w:cs="Times New Roman"/>
        </w:rPr>
        <w:t xml:space="preserve"> od 15.000,00 </w:t>
      </w:r>
      <w:proofErr w:type="spellStart"/>
      <w:r w:rsidRPr="00973B37">
        <w:rPr>
          <w:rFonts w:ascii="Times New Roman" w:hAnsi="Times New Roman" w:cs="Times New Roman"/>
        </w:rPr>
        <w:t>eura</w:t>
      </w:r>
      <w:proofErr w:type="spellEnd"/>
      <w:r w:rsidRPr="00973B37">
        <w:rPr>
          <w:rFonts w:ascii="Times New Roman" w:hAnsi="Times New Roman" w:cs="Times New Roman"/>
        </w:rPr>
        <w:t xml:space="preserve"> bez PDV-a </w:t>
      </w:r>
      <w:proofErr w:type="spellStart"/>
      <w:r w:rsidRPr="00973B37">
        <w:rPr>
          <w:rFonts w:ascii="Times New Roman" w:hAnsi="Times New Roman" w:cs="Times New Roman"/>
        </w:rPr>
        <w:t>provodi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putem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modula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jednostavne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 u </w:t>
      </w:r>
      <w:proofErr w:type="spellStart"/>
      <w:r w:rsidRPr="00973B37">
        <w:rPr>
          <w:rFonts w:ascii="Times New Roman" w:hAnsi="Times New Roman" w:cs="Times New Roman"/>
        </w:rPr>
        <w:t>Elektroničkom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oglasniku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javne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Republike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Hrvatske</w:t>
      </w:r>
      <w:proofErr w:type="spellEnd"/>
      <w:r w:rsidRPr="00973B37">
        <w:rPr>
          <w:rFonts w:ascii="Times New Roman" w:hAnsi="Times New Roman" w:cs="Times New Roman"/>
        </w:rPr>
        <w:t xml:space="preserve"> (u </w:t>
      </w:r>
      <w:proofErr w:type="spellStart"/>
      <w:r w:rsidRPr="00973B37">
        <w:rPr>
          <w:rFonts w:ascii="Times New Roman" w:hAnsi="Times New Roman" w:cs="Times New Roman"/>
        </w:rPr>
        <w:t>daljnjem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tekstu</w:t>
      </w:r>
      <w:proofErr w:type="spellEnd"/>
      <w:r w:rsidRPr="00973B37">
        <w:rPr>
          <w:rFonts w:ascii="Times New Roman" w:hAnsi="Times New Roman" w:cs="Times New Roman"/>
        </w:rPr>
        <w:t xml:space="preserve">: </w:t>
      </w:r>
      <w:proofErr w:type="spellStart"/>
      <w:r w:rsidRPr="00973B37">
        <w:rPr>
          <w:rFonts w:ascii="Times New Roman" w:hAnsi="Times New Roman" w:cs="Times New Roman"/>
        </w:rPr>
        <w:t>EOJN</w:t>
      </w:r>
      <w:proofErr w:type="spellEnd"/>
      <w:r w:rsidRPr="00973B37">
        <w:rPr>
          <w:rFonts w:ascii="Times New Roman" w:hAnsi="Times New Roman" w:cs="Times New Roman"/>
        </w:rPr>
        <w:t xml:space="preserve"> RH).</w:t>
      </w:r>
    </w:p>
    <w:p w14:paraId="4EFC5343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r w:rsidRPr="00973B37">
        <w:rPr>
          <w:rFonts w:ascii="Times New Roman" w:hAnsi="Times New Roman" w:cs="Times New Roman"/>
        </w:rPr>
        <w:t xml:space="preserve">Za </w:t>
      </w:r>
      <w:proofErr w:type="spellStart"/>
      <w:r w:rsidRPr="00973B37">
        <w:rPr>
          <w:rFonts w:ascii="Times New Roman" w:hAnsi="Times New Roman" w:cs="Times New Roman"/>
        </w:rPr>
        <w:t>nabavu</w:t>
      </w:r>
      <w:proofErr w:type="spellEnd"/>
      <w:r w:rsidRPr="00973B37">
        <w:rPr>
          <w:rFonts w:ascii="Times New Roman" w:hAnsi="Times New Roman" w:cs="Times New Roman"/>
        </w:rPr>
        <w:t xml:space="preserve"> robe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usluga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procijenjene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vrijednosti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veće</w:t>
      </w:r>
      <w:proofErr w:type="spellEnd"/>
      <w:r w:rsidRPr="00973B37">
        <w:rPr>
          <w:rFonts w:ascii="Times New Roman" w:hAnsi="Times New Roman" w:cs="Times New Roman"/>
        </w:rPr>
        <w:t xml:space="preserve"> od 25.000,00 </w:t>
      </w:r>
      <w:proofErr w:type="spellStart"/>
      <w:r w:rsidRPr="00973B37">
        <w:rPr>
          <w:rFonts w:ascii="Times New Roman" w:hAnsi="Times New Roman" w:cs="Times New Roman"/>
        </w:rPr>
        <w:t>eura</w:t>
      </w:r>
      <w:proofErr w:type="spellEnd"/>
      <w:r w:rsidRPr="00973B37">
        <w:rPr>
          <w:rFonts w:ascii="Times New Roman" w:hAnsi="Times New Roman" w:cs="Times New Roman"/>
        </w:rPr>
        <w:t xml:space="preserve"> bez PDV-a </w:t>
      </w:r>
      <w:proofErr w:type="spellStart"/>
      <w:r w:rsidRPr="00973B37">
        <w:rPr>
          <w:rFonts w:ascii="Times New Roman" w:hAnsi="Times New Roman" w:cs="Times New Roman"/>
        </w:rPr>
        <w:t>te</w:t>
      </w:r>
      <w:proofErr w:type="spellEnd"/>
      <w:r w:rsidRPr="00973B37">
        <w:rPr>
          <w:rFonts w:ascii="Times New Roman" w:hAnsi="Times New Roman" w:cs="Times New Roman"/>
        </w:rPr>
        <w:t xml:space="preserve"> za </w:t>
      </w:r>
      <w:proofErr w:type="spellStart"/>
      <w:r w:rsidRPr="00973B37">
        <w:rPr>
          <w:rFonts w:ascii="Times New Roman" w:hAnsi="Times New Roman" w:cs="Times New Roman"/>
        </w:rPr>
        <w:t>nabavu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radova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procijenjene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vrijednosti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veće</w:t>
      </w:r>
      <w:proofErr w:type="spellEnd"/>
      <w:r w:rsidRPr="00973B37">
        <w:rPr>
          <w:rFonts w:ascii="Times New Roman" w:hAnsi="Times New Roman" w:cs="Times New Roman"/>
        </w:rPr>
        <w:t xml:space="preserve"> od 45.000,00 </w:t>
      </w:r>
      <w:proofErr w:type="spellStart"/>
      <w:r w:rsidRPr="00973B37">
        <w:rPr>
          <w:rFonts w:ascii="Times New Roman" w:hAnsi="Times New Roman" w:cs="Times New Roman"/>
        </w:rPr>
        <w:t>eura</w:t>
      </w:r>
      <w:proofErr w:type="spellEnd"/>
      <w:r w:rsidRPr="00973B37">
        <w:rPr>
          <w:rFonts w:ascii="Times New Roman" w:hAnsi="Times New Roman" w:cs="Times New Roman"/>
        </w:rPr>
        <w:t xml:space="preserve"> bez PDV-a </w:t>
      </w:r>
      <w:proofErr w:type="spellStart"/>
      <w:r w:rsidRPr="00973B37">
        <w:rPr>
          <w:rFonts w:ascii="Times New Roman" w:hAnsi="Times New Roman" w:cs="Times New Roman"/>
        </w:rPr>
        <w:t>postupak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provodi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putem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javne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objave</w:t>
      </w:r>
      <w:proofErr w:type="spellEnd"/>
      <w:r w:rsidRPr="00973B37">
        <w:rPr>
          <w:rFonts w:ascii="Times New Roman" w:hAnsi="Times New Roman" w:cs="Times New Roman"/>
        </w:rPr>
        <w:t xml:space="preserve"> u </w:t>
      </w:r>
      <w:proofErr w:type="spellStart"/>
      <w:r w:rsidRPr="00973B37">
        <w:rPr>
          <w:rFonts w:ascii="Times New Roman" w:hAnsi="Times New Roman" w:cs="Times New Roman"/>
        </w:rPr>
        <w:t>modulu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jednostavne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EOJN</w:t>
      </w:r>
      <w:proofErr w:type="spellEnd"/>
      <w:r w:rsidRPr="00973B37">
        <w:rPr>
          <w:rFonts w:ascii="Times New Roman" w:hAnsi="Times New Roman" w:cs="Times New Roman"/>
        </w:rPr>
        <w:t xml:space="preserve"> RH.</w:t>
      </w:r>
    </w:p>
    <w:p w14:paraId="41130F13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Iznimno</w:t>
      </w:r>
      <w:proofErr w:type="spellEnd"/>
      <w:r w:rsidRPr="00973B37">
        <w:rPr>
          <w:rFonts w:ascii="Times New Roman" w:hAnsi="Times New Roman" w:cs="Times New Roman"/>
        </w:rPr>
        <w:t xml:space="preserve"> od </w:t>
      </w:r>
      <w:proofErr w:type="spellStart"/>
      <w:r w:rsidRPr="00973B37">
        <w:rPr>
          <w:rFonts w:ascii="Times New Roman" w:hAnsi="Times New Roman" w:cs="Times New Roman"/>
        </w:rPr>
        <w:t>stavka</w:t>
      </w:r>
      <w:proofErr w:type="spellEnd"/>
      <w:r w:rsidRPr="00973B37">
        <w:rPr>
          <w:rFonts w:ascii="Times New Roman" w:hAnsi="Times New Roman" w:cs="Times New Roman"/>
        </w:rPr>
        <w:t xml:space="preserve"> 2. </w:t>
      </w:r>
      <w:proofErr w:type="spellStart"/>
      <w:r w:rsidRPr="00973B37">
        <w:rPr>
          <w:rFonts w:ascii="Times New Roman" w:hAnsi="Times New Roman" w:cs="Times New Roman"/>
        </w:rPr>
        <w:t>ovoga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članka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postupak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može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provesti</w:t>
      </w:r>
      <w:proofErr w:type="spellEnd"/>
      <w:r w:rsidRPr="00973B37">
        <w:rPr>
          <w:rFonts w:ascii="Times New Roman" w:hAnsi="Times New Roman" w:cs="Times New Roman"/>
        </w:rPr>
        <w:t xml:space="preserve"> bez </w:t>
      </w:r>
      <w:proofErr w:type="spellStart"/>
      <w:r w:rsidRPr="00973B37">
        <w:rPr>
          <w:rFonts w:ascii="Times New Roman" w:hAnsi="Times New Roman" w:cs="Times New Roman"/>
        </w:rPr>
        <w:t>javne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objave</w:t>
      </w:r>
      <w:proofErr w:type="spellEnd"/>
      <w:r w:rsidRPr="00973B37">
        <w:rPr>
          <w:rFonts w:ascii="Times New Roman" w:hAnsi="Times New Roman" w:cs="Times New Roman"/>
        </w:rPr>
        <w:t xml:space="preserve"> u </w:t>
      </w:r>
      <w:proofErr w:type="spellStart"/>
      <w:r w:rsidRPr="00973B37">
        <w:rPr>
          <w:rFonts w:ascii="Times New Roman" w:hAnsi="Times New Roman" w:cs="Times New Roman"/>
        </w:rPr>
        <w:t>slučajevima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propisanima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člankom</w:t>
      </w:r>
      <w:proofErr w:type="spellEnd"/>
      <w:r w:rsidRPr="00973B37">
        <w:rPr>
          <w:rFonts w:ascii="Times New Roman" w:hAnsi="Times New Roman" w:cs="Times New Roman"/>
        </w:rPr>
        <w:t xml:space="preserve"> 15. </w:t>
      </w:r>
      <w:proofErr w:type="spellStart"/>
      <w:r w:rsidRPr="00973B37">
        <w:rPr>
          <w:rFonts w:ascii="Times New Roman" w:hAnsi="Times New Roman" w:cs="Times New Roman"/>
        </w:rPr>
        <w:t>Zakona</w:t>
      </w:r>
      <w:proofErr w:type="spellEnd"/>
      <w:r w:rsidRPr="00973B37">
        <w:rPr>
          <w:rFonts w:ascii="Times New Roman" w:hAnsi="Times New Roman" w:cs="Times New Roman"/>
        </w:rPr>
        <w:t xml:space="preserve"> o </w:t>
      </w:r>
      <w:proofErr w:type="spellStart"/>
      <w:r w:rsidRPr="00973B37">
        <w:rPr>
          <w:rFonts w:ascii="Times New Roman" w:hAnsi="Times New Roman" w:cs="Times New Roman"/>
        </w:rPr>
        <w:t>javnoj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nabavi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uz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navođenje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obrazloženje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razloga</w:t>
      </w:r>
      <w:proofErr w:type="spellEnd"/>
      <w:r w:rsidRPr="00973B37">
        <w:rPr>
          <w:rFonts w:ascii="Times New Roman" w:hAnsi="Times New Roman" w:cs="Times New Roman"/>
        </w:rPr>
        <w:t xml:space="preserve"> u </w:t>
      </w:r>
      <w:proofErr w:type="spellStart"/>
      <w:r w:rsidRPr="00973B37">
        <w:rPr>
          <w:rFonts w:ascii="Times New Roman" w:hAnsi="Times New Roman" w:cs="Times New Roman"/>
        </w:rPr>
        <w:t>modulu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jednostavne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EOJN</w:t>
      </w:r>
      <w:proofErr w:type="spellEnd"/>
      <w:r w:rsidRPr="00973B37">
        <w:rPr>
          <w:rFonts w:ascii="Times New Roman" w:hAnsi="Times New Roman" w:cs="Times New Roman"/>
        </w:rPr>
        <w:t xml:space="preserve"> RH.</w:t>
      </w:r>
    </w:p>
    <w:p w14:paraId="13362EA9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Postupci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iz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ovoga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članka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provode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prema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funkcionalnostima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pravilima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obrascima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modula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jednostavne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EOJN</w:t>
      </w:r>
      <w:proofErr w:type="spellEnd"/>
      <w:r w:rsidRPr="00973B37">
        <w:rPr>
          <w:rFonts w:ascii="Times New Roman" w:hAnsi="Times New Roman" w:cs="Times New Roman"/>
        </w:rPr>
        <w:t xml:space="preserve"> RH.</w:t>
      </w:r>
    </w:p>
    <w:p w14:paraId="20A8CC4F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OSOBE</w:t>
      </w:r>
      <w:proofErr w:type="spellEnd"/>
      <w:r w:rsidRPr="00973B37">
        <w:rPr>
          <w:rFonts w:ascii="Times New Roman" w:hAnsi="Times New Roman" w:cs="Times New Roman"/>
          <w:b/>
        </w:rPr>
        <w:t xml:space="preserve"> </w:t>
      </w:r>
      <w:proofErr w:type="spellStart"/>
      <w:r w:rsidRPr="00973B37">
        <w:rPr>
          <w:rFonts w:ascii="Times New Roman" w:hAnsi="Times New Roman" w:cs="Times New Roman"/>
          <w:b/>
        </w:rPr>
        <w:t>ZADUŽENE</w:t>
      </w:r>
      <w:proofErr w:type="spellEnd"/>
      <w:r w:rsidRPr="00973B37">
        <w:rPr>
          <w:rFonts w:ascii="Times New Roman" w:hAnsi="Times New Roman" w:cs="Times New Roman"/>
          <w:b/>
        </w:rPr>
        <w:t xml:space="preserve"> ZA </w:t>
      </w:r>
      <w:proofErr w:type="spellStart"/>
      <w:r w:rsidRPr="00973B37">
        <w:rPr>
          <w:rFonts w:ascii="Times New Roman" w:hAnsi="Times New Roman" w:cs="Times New Roman"/>
          <w:b/>
        </w:rPr>
        <w:t>PROVEDBU</w:t>
      </w:r>
      <w:proofErr w:type="spellEnd"/>
    </w:p>
    <w:p w14:paraId="06B2AE0C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Članak</w:t>
      </w:r>
      <w:proofErr w:type="spellEnd"/>
      <w:r w:rsidRPr="00973B37">
        <w:rPr>
          <w:rFonts w:ascii="Times New Roman" w:hAnsi="Times New Roman" w:cs="Times New Roman"/>
          <w:b/>
        </w:rPr>
        <w:t xml:space="preserve"> 7.</w:t>
      </w:r>
    </w:p>
    <w:p w14:paraId="0FCBB072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lastRenderedPageBreak/>
        <w:t>Postupak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jednostavne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provodi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jedna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više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osoba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koje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odredi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čelnik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Naručitelja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osoba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koju</w:t>
      </w:r>
      <w:proofErr w:type="spellEnd"/>
      <w:r w:rsidRPr="00973B37">
        <w:rPr>
          <w:rFonts w:ascii="Times New Roman" w:hAnsi="Times New Roman" w:cs="Times New Roman"/>
        </w:rPr>
        <w:t xml:space="preserve"> on </w:t>
      </w:r>
      <w:proofErr w:type="spellStart"/>
      <w:r w:rsidRPr="00973B37">
        <w:rPr>
          <w:rFonts w:ascii="Times New Roman" w:hAnsi="Times New Roman" w:cs="Times New Roman"/>
        </w:rPr>
        <w:t>ovlasti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143CADBA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r w:rsidRPr="00973B37">
        <w:rPr>
          <w:rFonts w:ascii="Times New Roman" w:hAnsi="Times New Roman" w:cs="Times New Roman"/>
        </w:rPr>
        <w:t xml:space="preserve">Za </w:t>
      </w:r>
      <w:proofErr w:type="spellStart"/>
      <w:r w:rsidRPr="00973B37">
        <w:rPr>
          <w:rFonts w:ascii="Times New Roman" w:hAnsi="Times New Roman" w:cs="Times New Roman"/>
        </w:rPr>
        <w:t>složenije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predmete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čelnik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Naručitelja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može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imenovati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stručno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povjerenstvo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76E187C4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Najmanje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jedna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osoba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koja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sudjeluje</w:t>
      </w:r>
      <w:proofErr w:type="spellEnd"/>
      <w:r w:rsidRPr="00973B37">
        <w:rPr>
          <w:rFonts w:ascii="Times New Roman" w:hAnsi="Times New Roman" w:cs="Times New Roman"/>
        </w:rPr>
        <w:t xml:space="preserve"> u </w:t>
      </w:r>
      <w:proofErr w:type="spellStart"/>
      <w:r w:rsidRPr="00973B37">
        <w:rPr>
          <w:rFonts w:ascii="Times New Roman" w:hAnsi="Times New Roman" w:cs="Times New Roman"/>
        </w:rPr>
        <w:t>postupku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procijenjene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vrijednosti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veće</w:t>
      </w:r>
      <w:proofErr w:type="spellEnd"/>
      <w:r w:rsidRPr="00973B37">
        <w:rPr>
          <w:rFonts w:ascii="Times New Roman" w:hAnsi="Times New Roman" w:cs="Times New Roman"/>
        </w:rPr>
        <w:t xml:space="preserve"> od 15.000,00 </w:t>
      </w:r>
      <w:proofErr w:type="spellStart"/>
      <w:r w:rsidRPr="00973B37">
        <w:rPr>
          <w:rFonts w:ascii="Times New Roman" w:hAnsi="Times New Roman" w:cs="Times New Roman"/>
        </w:rPr>
        <w:t>eura</w:t>
      </w:r>
      <w:proofErr w:type="spellEnd"/>
      <w:r w:rsidRPr="00973B37">
        <w:rPr>
          <w:rFonts w:ascii="Times New Roman" w:hAnsi="Times New Roman" w:cs="Times New Roman"/>
        </w:rPr>
        <w:t xml:space="preserve"> mora </w:t>
      </w:r>
      <w:proofErr w:type="spellStart"/>
      <w:r w:rsidRPr="00973B37">
        <w:rPr>
          <w:rFonts w:ascii="Times New Roman" w:hAnsi="Times New Roman" w:cs="Times New Roman"/>
        </w:rPr>
        <w:t>imati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važeći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certifikat</w:t>
      </w:r>
      <w:proofErr w:type="spellEnd"/>
      <w:r w:rsidRPr="00973B37">
        <w:rPr>
          <w:rFonts w:ascii="Times New Roman" w:hAnsi="Times New Roman" w:cs="Times New Roman"/>
        </w:rPr>
        <w:t xml:space="preserve"> u </w:t>
      </w:r>
      <w:proofErr w:type="spellStart"/>
      <w:r w:rsidRPr="00973B37">
        <w:rPr>
          <w:rFonts w:ascii="Times New Roman" w:hAnsi="Times New Roman" w:cs="Times New Roman"/>
        </w:rPr>
        <w:t>području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javne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kada</w:t>
      </w:r>
      <w:proofErr w:type="spellEnd"/>
      <w:r w:rsidRPr="00973B37">
        <w:rPr>
          <w:rFonts w:ascii="Times New Roman" w:hAnsi="Times New Roman" w:cs="Times New Roman"/>
        </w:rPr>
        <w:t xml:space="preserve"> je to </w:t>
      </w:r>
      <w:proofErr w:type="spellStart"/>
      <w:r w:rsidRPr="00973B37">
        <w:rPr>
          <w:rFonts w:ascii="Times New Roman" w:hAnsi="Times New Roman" w:cs="Times New Roman"/>
        </w:rPr>
        <w:t>propisano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Zakonom</w:t>
      </w:r>
      <w:proofErr w:type="spellEnd"/>
      <w:r w:rsidRPr="00973B37">
        <w:rPr>
          <w:rFonts w:ascii="Times New Roman" w:hAnsi="Times New Roman" w:cs="Times New Roman"/>
        </w:rPr>
        <w:t xml:space="preserve"> o </w:t>
      </w:r>
      <w:proofErr w:type="spellStart"/>
      <w:r w:rsidRPr="00973B37">
        <w:rPr>
          <w:rFonts w:ascii="Times New Roman" w:hAnsi="Times New Roman" w:cs="Times New Roman"/>
        </w:rPr>
        <w:t>javnoj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drugim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propisom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45226A2E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POZIV</w:t>
      </w:r>
      <w:proofErr w:type="spellEnd"/>
      <w:r w:rsidRPr="00973B37">
        <w:rPr>
          <w:rFonts w:ascii="Times New Roman" w:hAnsi="Times New Roman" w:cs="Times New Roman"/>
          <w:b/>
        </w:rPr>
        <w:t xml:space="preserve"> I ROK ZA </w:t>
      </w:r>
      <w:proofErr w:type="spellStart"/>
      <w:r w:rsidRPr="00973B37">
        <w:rPr>
          <w:rFonts w:ascii="Times New Roman" w:hAnsi="Times New Roman" w:cs="Times New Roman"/>
          <w:b/>
        </w:rPr>
        <w:t>DOSTAVU</w:t>
      </w:r>
      <w:proofErr w:type="spellEnd"/>
      <w:r w:rsidRPr="00973B37">
        <w:rPr>
          <w:rFonts w:ascii="Times New Roman" w:hAnsi="Times New Roman" w:cs="Times New Roman"/>
          <w:b/>
        </w:rPr>
        <w:t xml:space="preserve"> </w:t>
      </w:r>
      <w:proofErr w:type="spellStart"/>
      <w:r w:rsidRPr="00973B37">
        <w:rPr>
          <w:rFonts w:ascii="Times New Roman" w:hAnsi="Times New Roman" w:cs="Times New Roman"/>
          <w:b/>
        </w:rPr>
        <w:t>PONUDA</w:t>
      </w:r>
      <w:proofErr w:type="spellEnd"/>
    </w:p>
    <w:p w14:paraId="545049D7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Članak</w:t>
      </w:r>
      <w:proofErr w:type="spellEnd"/>
      <w:r w:rsidRPr="00973B37">
        <w:rPr>
          <w:rFonts w:ascii="Times New Roman" w:hAnsi="Times New Roman" w:cs="Times New Roman"/>
          <w:b/>
        </w:rPr>
        <w:t xml:space="preserve"> 8.</w:t>
      </w:r>
    </w:p>
    <w:p w14:paraId="272DA2DC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Poziv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dostavu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ponuda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sadrži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podatke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potrebne</w:t>
      </w:r>
      <w:proofErr w:type="spellEnd"/>
      <w:r w:rsidRPr="00973B37">
        <w:rPr>
          <w:rFonts w:ascii="Times New Roman" w:hAnsi="Times New Roman" w:cs="Times New Roman"/>
        </w:rPr>
        <w:t xml:space="preserve"> za </w:t>
      </w:r>
      <w:proofErr w:type="spellStart"/>
      <w:r w:rsidRPr="00973B37">
        <w:rPr>
          <w:rFonts w:ascii="Times New Roman" w:hAnsi="Times New Roman" w:cs="Times New Roman"/>
        </w:rPr>
        <w:t>izradu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usporedive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ponude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osobito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opis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predmeta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rok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način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dostave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ponude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kriterij</w:t>
      </w:r>
      <w:proofErr w:type="spellEnd"/>
      <w:r w:rsidRPr="00973B37">
        <w:rPr>
          <w:rFonts w:ascii="Times New Roman" w:hAnsi="Times New Roman" w:cs="Times New Roman"/>
        </w:rPr>
        <w:t xml:space="preserve"> za </w:t>
      </w:r>
      <w:proofErr w:type="spellStart"/>
      <w:r w:rsidRPr="00973B37">
        <w:rPr>
          <w:rFonts w:ascii="Times New Roman" w:hAnsi="Times New Roman" w:cs="Times New Roman"/>
        </w:rPr>
        <w:t>odabir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te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prema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potrebi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uvjete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izvršenja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ugovora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1CCD9F07" w14:textId="33578FB9" w:rsidR="00672E9E" w:rsidRPr="00973B37" w:rsidRDefault="00000000">
      <w:pPr>
        <w:jc w:val="both"/>
        <w:rPr>
          <w:rFonts w:ascii="Times New Roman" w:hAnsi="Times New Roman" w:cs="Times New Roman"/>
        </w:rPr>
      </w:pPr>
      <w:r w:rsidRPr="00973B37">
        <w:rPr>
          <w:rFonts w:ascii="Times New Roman" w:hAnsi="Times New Roman" w:cs="Times New Roman"/>
        </w:rPr>
        <w:t xml:space="preserve">Rok za </w:t>
      </w:r>
      <w:proofErr w:type="spellStart"/>
      <w:r w:rsidRPr="00973B37">
        <w:rPr>
          <w:rFonts w:ascii="Times New Roman" w:hAnsi="Times New Roman" w:cs="Times New Roman"/>
        </w:rPr>
        <w:t>dostavu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ponuda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određuje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razmjerno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složenosti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predmeta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načinu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komunikacije</w:t>
      </w:r>
      <w:proofErr w:type="spellEnd"/>
      <w:r w:rsidRPr="00973B37">
        <w:rPr>
          <w:rFonts w:ascii="Times New Roman" w:hAnsi="Times New Roman" w:cs="Times New Roman"/>
        </w:rPr>
        <w:t xml:space="preserve">. Za </w:t>
      </w:r>
      <w:proofErr w:type="spellStart"/>
      <w:r w:rsidRPr="00973B37">
        <w:rPr>
          <w:rFonts w:ascii="Times New Roman" w:hAnsi="Times New Roman" w:cs="Times New Roman"/>
        </w:rPr>
        <w:t>postupke</w:t>
      </w:r>
      <w:proofErr w:type="spellEnd"/>
      <w:r w:rsidRPr="00973B37">
        <w:rPr>
          <w:rFonts w:ascii="Times New Roman" w:hAnsi="Times New Roman" w:cs="Times New Roman"/>
        </w:rPr>
        <w:t xml:space="preserve"> koji se ne </w:t>
      </w:r>
      <w:proofErr w:type="spellStart"/>
      <w:r w:rsidRPr="00973B37">
        <w:rPr>
          <w:rFonts w:ascii="Times New Roman" w:hAnsi="Times New Roman" w:cs="Times New Roman"/>
        </w:rPr>
        <w:t>provode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putem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EOJN</w:t>
      </w:r>
      <w:proofErr w:type="spellEnd"/>
      <w:r w:rsidRPr="00973B37">
        <w:rPr>
          <w:rFonts w:ascii="Times New Roman" w:hAnsi="Times New Roman" w:cs="Times New Roman"/>
        </w:rPr>
        <w:t xml:space="preserve"> RH </w:t>
      </w:r>
      <w:proofErr w:type="spellStart"/>
      <w:r w:rsidRPr="00973B37">
        <w:rPr>
          <w:rFonts w:ascii="Times New Roman" w:hAnsi="Times New Roman" w:cs="Times New Roman"/>
        </w:rPr>
        <w:t>rok</w:t>
      </w:r>
      <w:proofErr w:type="spellEnd"/>
      <w:r w:rsidRPr="00973B37">
        <w:rPr>
          <w:rFonts w:ascii="Times New Roman" w:hAnsi="Times New Roman" w:cs="Times New Roman"/>
        </w:rPr>
        <w:t xml:space="preserve"> u </w:t>
      </w:r>
      <w:proofErr w:type="spellStart"/>
      <w:r w:rsidRPr="00973B37">
        <w:rPr>
          <w:rFonts w:ascii="Times New Roman" w:hAnsi="Times New Roman" w:cs="Times New Roman"/>
        </w:rPr>
        <w:t>pravilu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nije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kraći</w:t>
      </w:r>
      <w:proofErr w:type="spellEnd"/>
      <w:r w:rsidRPr="00973B37">
        <w:rPr>
          <w:rFonts w:ascii="Times New Roman" w:hAnsi="Times New Roman" w:cs="Times New Roman"/>
        </w:rPr>
        <w:t xml:space="preserve"> od </w:t>
      </w:r>
      <w:r w:rsidR="00973B37">
        <w:rPr>
          <w:rFonts w:ascii="Times New Roman" w:hAnsi="Times New Roman" w:cs="Times New Roman"/>
        </w:rPr>
        <w:t>pet</w:t>
      </w:r>
      <w:r w:rsidRPr="00973B37">
        <w:rPr>
          <w:rFonts w:ascii="Times New Roman" w:hAnsi="Times New Roman" w:cs="Times New Roman"/>
        </w:rPr>
        <w:t xml:space="preserve"> dana, a </w:t>
      </w:r>
      <w:proofErr w:type="spellStart"/>
      <w:r w:rsidRPr="00973B37">
        <w:rPr>
          <w:rFonts w:ascii="Times New Roman" w:hAnsi="Times New Roman" w:cs="Times New Roman"/>
        </w:rPr>
        <w:t>može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biti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kraći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kada</w:t>
      </w:r>
      <w:proofErr w:type="spellEnd"/>
      <w:r w:rsidRPr="00973B37">
        <w:rPr>
          <w:rFonts w:ascii="Times New Roman" w:hAnsi="Times New Roman" w:cs="Times New Roman"/>
        </w:rPr>
        <w:t xml:space="preserve"> to </w:t>
      </w:r>
      <w:proofErr w:type="spellStart"/>
      <w:r w:rsidRPr="00973B37">
        <w:rPr>
          <w:rFonts w:ascii="Times New Roman" w:hAnsi="Times New Roman" w:cs="Times New Roman"/>
        </w:rPr>
        <w:t>opravdavaju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jednostavnost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predmeta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žurnost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druge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okolnosti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175A7F80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Naručitelj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može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izmijeniti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dopuniti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poziv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te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produljiti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rok</w:t>
      </w:r>
      <w:proofErr w:type="spellEnd"/>
      <w:r w:rsidRPr="00973B37">
        <w:rPr>
          <w:rFonts w:ascii="Times New Roman" w:hAnsi="Times New Roman" w:cs="Times New Roman"/>
        </w:rPr>
        <w:t xml:space="preserve"> za </w:t>
      </w:r>
      <w:proofErr w:type="spellStart"/>
      <w:r w:rsidRPr="00973B37">
        <w:rPr>
          <w:rFonts w:ascii="Times New Roman" w:hAnsi="Times New Roman" w:cs="Times New Roman"/>
        </w:rPr>
        <w:t>dostavu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ponuda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05DA0E92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UVJETI</w:t>
      </w:r>
      <w:proofErr w:type="spellEnd"/>
      <w:r w:rsidRPr="00973B37">
        <w:rPr>
          <w:rFonts w:ascii="Times New Roman" w:hAnsi="Times New Roman" w:cs="Times New Roman"/>
          <w:b/>
        </w:rPr>
        <w:t xml:space="preserve">, </w:t>
      </w:r>
      <w:proofErr w:type="spellStart"/>
      <w:r w:rsidRPr="00973B37">
        <w:rPr>
          <w:rFonts w:ascii="Times New Roman" w:hAnsi="Times New Roman" w:cs="Times New Roman"/>
          <w:b/>
        </w:rPr>
        <w:t>DOKAZI</w:t>
      </w:r>
      <w:proofErr w:type="spellEnd"/>
      <w:r w:rsidRPr="00973B37">
        <w:rPr>
          <w:rFonts w:ascii="Times New Roman" w:hAnsi="Times New Roman" w:cs="Times New Roman"/>
          <w:b/>
        </w:rPr>
        <w:t xml:space="preserve"> I </w:t>
      </w:r>
      <w:proofErr w:type="spellStart"/>
      <w:r w:rsidRPr="00973B37">
        <w:rPr>
          <w:rFonts w:ascii="Times New Roman" w:hAnsi="Times New Roman" w:cs="Times New Roman"/>
          <w:b/>
        </w:rPr>
        <w:t>JAMSTVA</w:t>
      </w:r>
      <w:proofErr w:type="spellEnd"/>
    </w:p>
    <w:p w14:paraId="196DABF1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Članak</w:t>
      </w:r>
      <w:proofErr w:type="spellEnd"/>
      <w:r w:rsidRPr="00973B37">
        <w:rPr>
          <w:rFonts w:ascii="Times New Roman" w:hAnsi="Times New Roman" w:cs="Times New Roman"/>
          <w:b/>
        </w:rPr>
        <w:t xml:space="preserve"> 9.</w:t>
      </w:r>
    </w:p>
    <w:p w14:paraId="1F69F92C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Naručitelj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određuje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razloge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isključenja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uvjete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sposobnosti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dokaze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tehničke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zahtjeve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jamstva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samo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kada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potrebni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razmjerni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predmetu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3F88BE70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Dokazi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mogu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dostaviti</w:t>
      </w:r>
      <w:proofErr w:type="spellEnd"/>
      <w:r w:rsidRPr="00973B37">
        <w:rPr>
          <w:rFonts w:ascii="Times New Roman" w:hAnsi="Times New Roman" w:cs="Times New Roman"/>
        </w:rPr>
        <w:t xml:space="preserve"> u </w:t>
      </w:r>
      <w:proofErr w:type="spellStart"/>
      <w:r w:rsidRPr="00973B37">
        <w:rPr>
          <w:rFonts w:ascii="Times New Roman" w:hAnsi="Times New Roman" w:cs="Times New Roman"/>
        </w:rPr>
        <w:t>neovjerenoj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preslici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elektroničkom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obliku</w:t>
      </w:r>
      <w:proofErr w:type="spellEnd"/>
      <w:r w:rsidRPr="00973B37">
        <w:rPr>
          <w:rFonts w:ascii="Times New Roman" w:hAnsi="Times New Roman" w:cs="Times New Roman"/>
        </w:rPr>
        <w:t xml:space="preserve">, a </w:t>
      </w:r>
      <w:proofErr w:type="spellStart"/>
      <w:r w:rsidRPr="00973B37">
        <w:rPr>
          <w:rFonts w:ascii="Times New Roman" w:hAnsi="Times New Roman" w:cs="Times New Roman"/>
        </w:rPr>
        <w:t>Naručitelj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može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prije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odabira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zatražiti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izvornik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ovjerenu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presliku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provjeriti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podatke</w:t>
      </w:r>
      <w:proofErr w:type="spellEnd"/>
      <w:r w:rsidRPr="00973B37">
        <w:rPr>
          <w:rFonts w:ascii="Times New Roman" w:hAnsi="Times New Roman" w:cs="Times New Roman"/>
        </w:rPr>
        <w:t xml:space="preserve"> u </w:t>
      </w:r>
      <w:proofErr w:type="spellStart"/>
      <w:r w:rsidRPr="00973B37">
        <w:rPr>
          <w:rFonts w:ascii="Times New Roman" w:hAnsi="Times New Roman" w:cs="Times New Roman"/>
        </w:rPr>
        <w:t>dostupnim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evidencijama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7BFEA407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Naručitelj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može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prihvatiti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izjavu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gospodarskog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subjekta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kao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preliminarni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dokaz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ispunjavanja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traženih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uvjeta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72E79C79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PREGLED</w:t>
      </w:r>
      <w:proofErr w:type="spellEnd"/>
      <w:r w:rsidRPr="00973B37">
        <w:rPr>
          <w:rFonts w:ascii="Times New Roman" w:hAnsi="Times New Roman" w:cs="Times New Roman"/>
          <w:b/>
        </w:rPr>
        <w:t xml:space="preserve">, </w:t>
      </w:r>
      <w:proofErr w:type="spellStart"/>
      <w:r w:rsidRPr="00973B37">
        <w:rPr>
          <w:rFonts w:ascii="Times New Roman" w:hAnsi="Times New Roman" w:cs="Times New Roman"/>
          <w:b/>
        </w:rPr>
        <w:t>POJAŠNJENJE</w:t>
      </w:r>
      <w:proofErr w:type="spellEnd"/>
      <w:r w:rsidRPr="00973B37">
        <w:rPr>
          <w:rFonts w:ascii="Times New Roman" w:hAnsi="Times New Roman" w:cs="Times New Roman"/>
          <w:b/>
        </w:rPr>
        <w:t xml:space="preserve"> I </w:t>
      </w:r>
      <w:proofErr w:type="spellStart"/>
      <w:r w:rsidRPr="00973B37">
        <w:rPr>
          <w:rFonts w:ascii="Times New Roman" w:hAnsi="Times New Roman" w:cs="Times New Roman"/>
          <w:b/>
        </w:rPr>
        <w:t>DOPUNA</w:t>
      </w:r>
      <w:proofErr w:type="spellEnd"/>
      <w:r w:rsidRPr="00973B37">
        <w:rPr>
          <w:rFonts w:ascii="Times New Roman" w:hAnsi="Times New Roman" w:cs="Times New Roman"/>
          <w:b/>
        </w:rPr>
        <w:t xml:space="preserve"> </w:t>
      </w:r>
      <w:proofErr w:type="spellStart"/>
      <w:r w:rsidRPr="00973B37">
        <w:rPr>
          <w:rFonts w:ascii="Times New Roman" w:hAnsi="Times New Roman" w:cs="Times New Roman"/>
          <w:b/>
        </w:rPr>
        <w:t>PONUDA</w:t>
      </w:r>
      <w:proofErr w:type="spellEnd"/>
    </w:p>
    <w:p w14:paraId="3A6AB895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Članak</w:t>
      </w:r>
      <w:proofErr w:type="spellEnd"/>
      <w:r w:rsidRPr="00973B37">
        <w:rPr>
          <w:rFonts w:ascii="Times New Roman" w:hAnsi="Times New Roman" w:cs="Times New Roman"/>
          <w:b/>
        </w:rPr>
        <w:t xml:space="preserve"> 10.</w:t>
      </w:r>
    </w:p>
    <w:p w14:paraId="2B37F1E4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Naručitelj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pregledava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ocjenjuje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ponude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prema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uvjetima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iz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poziva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1C476F6D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Naručitelj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može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zatražiti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pojašnjenje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dopunu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ponude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ispravak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računske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pogreške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dostavu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dokumenta</w:t>
      </w:r>
      <w:proofErr w:type="spellEnd"/>
      <w:r w:rsidRPr="00973B37">
        <w:rPr>
          <w:rFonts w:ascii="Times New Roman" w:hAnsi="Times New Roman" w:cs="Times New Roman"/>
        </w:rPr>
        <w:t xml:space="preserve"> koji </w:t>
      </w:r>
      <w:proofErr w:type="spellStart"/>
      <w:r w:rsidRPr="00973B37">
        <w:rPr>
          <w:rFonts w:ascii="Times New Roman" w:hAnsi="Times New Roman" w:cs="Times New Roman"/>
        </w:rPr>
        <w:t>nedostaje</w:t>
      </w:r>
      <w:proofErr w:type="spellEnd"/>
      <w:r w:rsidRPr="00973B37">
        <w:rPr>
          <w:rFonts w:ascii="Times New Roman" w:hAnsi="Times New Roman" w:cs="Times New Roman"/>
        </w:rPr>
        <w:t xml:space="preserve">, pod </w:t>
      </w:r>
      <w:proofErr w:type="spellStart"/>
      <w:r w:rsidRPr="00973B37">
        <w:rPr>
          <w:rFonts w:ascii="Times New Roman" w:hAnsi="Times New Roman" w:cs="Times New Roman"/>
        </w:rPr>
        <w:t>uvjetom</w:t>
      </w:r>
      <w:proofErr w:type="spellEnd"/>
      <w:r w:rsidRPr="00973B37">
        <w:rPr>
          <w:rFonts w:ascii="Times New Roman" w:hAnsi="Times New Roman" w:cs="Times New Roman"/>
        </w:rPr>
        <w:t xml:space="preserve"> da se time ne </w:t>
      </w:r>
      <w:proofErr w:type="spellStart"/>
      <w:r w:rsidRPr="00973B37">
        <w:rPr>
          <w:rFonts w:ascii="Times New Roman" w:hAnsi="Times New Roman" w:cs="Times New Roman"/>
        </w:rPr>
        <w:t>mijenja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ponuđeni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predmet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pogoduje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pojedinom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ponuditelju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7B8A79E4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Postupanje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iz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stavka</w:t>
      </w:r>
      <w:proofErr w:type="spellEnd"/>
      <w:r w:rsidRPr="00973B37">
        <w:rPr>
          <w:rFonts w:ascii="Times New Roman" w:hAnsi="Times New Roman" w:cs="Times New Roman"/>
        </w:rPr>
        <w:t xml:space="preserve"> 2. </w:t>
      </w:r>
      <w:proofErr w:type="spellStart"/>
      <w:r w:rsidRPr="00973B37">
        <w:rPr>
          <w:rFonts w:ascii="Times New Roman" w:hAnsi="Times New Roman" w:cs="Times New Roman"/>
        </w:rPr>
        <w:t>ovoga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članka</w:t>
      </w:r>
      <w:proofErr w:type="spellEnd"/>
      <w:r w:rsidRPr="00973B37">
        <w:rPr>
          <w:rFonts w:ascii="Times New Roman" w:hAnsi="Times New Roman" w:cs="Times New Roman"/>
        </w:rPr>
        <w:t xml:space="preserve"> mora </w:t>
      </w:r>
      <w:proofErr w:type="spellStart"/>
      <w:r w:rsidRPr="00973B37">
        <w:rPr>
          <w:rFonts w:ascii="Times New Roman" w:hAnsi="Times New Roman" w:cs="Times New Roman"/>
        </w:rPr>
        <w:t>biti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razmjerno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transparentno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jednako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prema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svim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ponuditeljima</w:t>
      </w:r>
      <w:proofErr w:type="spellEnd"/>
      <w:r w:rsidRPr="00973B37">
        <w:rPr>
          <w:rFonts w:ascii="Times New Roman" w:hAnsi="Times New Roman" w:cs="Times New Roman"/>
        </w:rPr>
        <w:t xml:space="preserve"> u </w:t>
      </w:r>
      <w:proofErr w:type="spellStart"/>
      <w:r w:rsidRPr="00973B37">
        <w:rPr>
          <w:rFonts w:ascii="Times New Roman" w:hAnsi="Times New Roman" w:cs="Times New Roman"/>
        </w:rPr>
        <w:t>usporedivoj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situaciji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0A73231B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KRITERIJ</w:t>
      </w:r>
      <w:proofErr w:type="spellEnd"/>
      <w:r w:rsidRPr="00973B37">
        <w:rPr>
          <w:rFonts w:ascii="Times New Roman" w:hAnsi="Times New Roman" w:cs="Times New Roman"/>
          <w:b/>
        </w:rPr>
        <w:t xml:space="preserve"> ZA </w:t>
      </w:r>
      <w:proofErr w:type="spellStart"/>
      <w:r w:rsidRPr="00973B37">
        <w:rPr>
          <w:rFonts w:ascii="Times New Roman" w:hAnsi="Times New Roman" w:cs="Times New Roman"/>
          <w:b/>
        </w:rPr>
        <w:t>ODABIR</w:t>
      </w:r>
      <w:proofErr w:type="spellEnd"/>
    </w:p>
    <w:p w14:paraId="7E167F46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Članak</w:t>
      </w:r>
      <w:proofErr w:type="spellEnd"/>
      <w:r w:rsidRPr="00973B37">
        <w:rPr>
          <w:rFonts w:ascii="Times New Roman" w:hAnsi="Times New Roman" w:cs="Times New Roman"/>
          <w:b/>
        </w:rPr>
        <w:t xml:space="preserve"> 11.</w:t>
      </w:r>
    </w:p>
    <w:p w14:paraId="401D90AC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Kriterij</w:t>
      </w:r>
      <w:proofErr w:type="spellEnd"/>
      <w:r w:rsidRPr="00973B37">
        <w:rPr>
          <w:rFonts w:ascii="Times New Roman" w:hAnsi="Times New Roman" w:cs="Times New Roman"/>
        </w:rPr>
        <w:t xml:space="preserve"> za </w:t>
      </w:r>
      <w:proofErr w:type="spellStart"/>
      <w:r w:rsidRPr="00973B37">
        <w:rPr>
          <w:rFonts w:ascii="Times New Roman" w:hAnsi="Times New Roman" w:cs="Times New Roman"/>
        </w:rPr>
        <w:t>odabir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ponude</w:t>
      </w:r>
      <w:proofErr w:type="spellEnd"/>
      <w:r w:rsidRPr="00973B37">
        <w:rPr>
          <w:rFonts w:ascii="Times New Roman" w:hAnsi="Times New Roman" w:cs="Times New Roman"/>
        </w:rPr>
        <w:t xml:space="preserve"> je </w:t>
      </w:r>
      <w:proofErr w:type="spellStart"/>
      <w:r w:rsidRPr="00973B37">
        <w:rPr>
          <w:rFonts w:ascii="Times New Roman" w:hAnsi="Times New Roman" w:cs="Times New Roman"/>
        </w:rPr>
        <w:t>najniža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cijena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ekonomski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najpovoljnija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ponuda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4943F438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r w:rsidRPr="00973B37">
        <w:rPr>
          <w:rFonts w:ascii="Times New Roman" w:hAnsi="Times New Roman" w:cs="Times New Roman"/>
        </w:rPr>
        <w:t xml:space="preserve">Kada je </w:t>
      </w:r>
      <w:proofErr w:type="spellStart"/>
      <w:r w:rsidRPr="00973B37">
        <w:rPr>
          <w:rFonts w:ascii="Times New Roman" w:hAnsi="Times New Roman" w:cs="Times New Roman"/>
        </w:rPr>
        <w:t>kriterij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ekonomski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najpovoljnija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ponuda</w:t>
      </w:r>
      <w:proofErr w:type="spellEnd"/>
      <w:r w:rsidRPr="00973B37">
        <w:rPr>
          <w:rFonts w:ascii="Times New Roman" w:hAnsi="Times New Roman" w:cs="Times New Roman"/>
        </w:rPr>
        <w:t xml:space="preserve">, u </w:t>
      </w:r>
      <w:proofErr w:type="spellStart"/>
      <w:r w:rsidRPr="00973B37">
        <w:rPr>
          <w:rFonts w:ascii="Times New Roman" w:hAnsi="Times New Roman" w:cs="Times New Roman"/>
        </w:rPr>
        <w:t>pozivu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navode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kriteriji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njihov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relativni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značaj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redoslijed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važnosti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4EFCEB19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lastRenderedPageBreak/>
        <w:t>Naručitelj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može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odabrati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ponudu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koja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najbolje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ispunjava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njegove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potrebe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osigurava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najbolju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vrijednost</w:t>
      </w:r>
      <w:proofErr w:type="spellEnd"/>
      <w:r w:rsidRPr="00973B37">
        <w:rPr>
          <w:rFonts w:ascii="Times New Roman" w:hAnsi="Times New Roman" w:cs="Times New Roman"/>
        </w:rPr>
        <w:t xml:space="preserve"> za </w:t>
      </w:r>
      <w:proofErr w:type="spellStart"/>
      <w:r w:rsidRPr="00973B37">
        <w:rPr>
          <w:rFonts w:ascii="Times New Roman" w:hAnsi="Times New Roman" w:cs="Times New Roman"/>
        </w:rPr>
        <w:t>novac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57D4075B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ODABIR</w:t>
      </w:r>
      <w:proofErr w:type="spellEnd"/>
      <w:r w:rsidRPr="00973B37">
        <w:rPr>
          <w:rFonts w:ascii="Times New Roman" w:hAnsi="Times New Roman" w:cs="Times New Roman"/>
          <w:b/>
        </w:rPr>
        <w:t xml:space="preserve"> I </w:t>
      </w:r>
      <w:proofErr w:type="spellStart"/>
      <w:r w:rsidRPr="00973B37">
        <w:rPr>
          <w:rFonts w:ascii="Times New Roman" w:hAnsi="Times New Roman" w:cs="Times New Roman"/>
          <w:b/>
        </w:rPr>
        <w:t>PONIŠTENJE</w:t>
      </w:r>
      <w:proofErr w:type="spellEnd"/>
    </w:p>
    <w:p w14:paraId="7C2B0FC3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Članak</w:t>
      </w:r>
      <w:proofErr w:type="spellEnd"/>
      <w:r w:rsidRPr="00973B37">
        <w:rPr>
          <w:rFonts w:ascii="Times New Roman" w:hAnsi="Times New Roman" w:cs="Times New Roman"/>
          <w:b/>
        </w:rPr>
        <w:t xml:space="preserve"> 12.</w:t>
      </w:r>
    </w:p>
    <w:p w14:paraId="1B08A6A6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Naručitelj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odabire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ponudu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koja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ispunjava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uvjete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zahtjeve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postupka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prema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utvrđenom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kriteriju</w:t>
      </w:r>
      <w:proofErr w:type="spellEnd"/>
      <w:r w:rsidRPr="00973B37">
        <w:rPr>
          <w:rFonts w:ascii="Times New Roman" w:hAnsi="Times New Roman" w:cs="Times New Roman"/>
        </w:rPr>
        <w:t xml:space="preserve"> za </w:t>
      </w:r>
      <w:proofErr w:type="spellStart"/>
      <w:r w:rsidRPr="00973B37">
        <w:rPr>
          <w:rFonts w:ascii="Times New Roman" w:hAnsi="Times New Roman" w:cs="Times New Roman"/>
        </w:rPr>
        <w:t>odabir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35EDFD0E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Postupak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može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poništiti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ako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nije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dostavljena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nijedna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ponuda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ako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nije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preostala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nijedna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valjana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ponuda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ako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su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okolnosti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bitno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promijenile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ako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nisu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osigurana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sredstva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iz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drugog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opravdanog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razloga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0611D842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r w:rsidRPr="00973B37">
        <w:rPr>
          <w:rFonts w:ascii="Times New Roman" w:hAnsi="Times New Roman" w:cs="Times New Roman"/>
        </w:rPr>
        <w:t xml:space="preserve">Za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jednake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manje</w:t>
      </w:r>
      <w:proofErr w:type="spellEnd"/>
      <w:r w:rsidRPr="00973B37">
        <w:rPr>
          <w:rFonts w:ascii="Times New Roman" w:hAnsi="Times New Roman" w:cs="Times New Roman"/>
        </w:rPr>
        <w:t xml:space="preserve"> od 15.000,00 </w:t>
      </w:r>
      <w:proofErr w:type="spellStart"/>
      <w:r w:rsidRPr="00973B37">
        <w:rPr>
          <w:rFonts w:ascii="Times New Roman" w:hAnsi="Times New Roman" w:cs="Times New Roman"/>
        </w:rPr>
        <w:t>eura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odluka</w:t>
      </w:r>
      <w:proofErr w:type="spellEnd"/>
      <w:r w:rsidRPr="00973B37">
        <w:rPr>
          <w:rFonts w:ascii="Times New Roman" w:hAnsi="Times New Roman" w:cs="Times New Roman"/>
        </w:rPr>
        <w:t xml:space="preserve"> o </w:t>
      </w:r>
      <w:proofErr w:type="spellStart"/>
      <w:r w:rsidRPr="00973B37">
        <w:rPr>
          <w:rFonts w:ascii="Times New Roman" w:hAnsi="Times New Roman" w:cs="Times New Roman"/>
        </w:rPr>
        <w:t>odabiru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poništenju</w:t>
      </w:r>
      <w:proofErr w:type="spellEnd"/>
      <w:r w:rsidRPr="00973B37">
        <w:rPr>
          <w:rFonts w:ascii="Times New Roman" w:hAnsi="Times New Roman" w:cs="Times New Roman"/>
        </w:rPr>
        <w:t xml:space="preserve"> ne mora se </w:t>
      </w:r>
      <w:proofErr w:type="spellStart"/>
      <w:r w:rsidRPr="00973B37">
        <w:rPr>
          <w:rFonts w:ascii="Times New Roman" w:hAnsi="Times New Roman" w:cs="Times New Roman"/>
        </w:rPr>
        <w:t>donositi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kao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zaseban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akt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ako</w:t>
      </w:r>
      <w:proofErr w:type="spellEnd"/>
      <w:r w:rsidRPr="00973B37">
        <w:rPr>
          <w:rFonts w:ascii="Times New Roman" w:hAnsi="Times New Roman" w:cs="Times New Roman"/>
        </w:rPr>
        <w:t xml:space="preserve"> je </w:t>
      </w:r>
      <w:proofErr w:type="spellStart"/>
      <w:r w:rsidRPr="00973B37">
        <w:rPr>
          <w:rFonts w:ascii="Times New Roman" w:hAnsi="Times New Roman" w:cs="Times New Roman"/>
        </w:rPr>
        <w:t>odabir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poništenje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razvidno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iz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drugog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dokumenta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elektroničkog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zapisa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75A20B1A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r w:rsidRPr="00973B37">
        <w:rPr>
          <w:rFonts w:ascii="Times New Roman" w:hAnsi="Times New Roman" w:cs="Times New Roman"/>
        </w:rPr>
        <w:t xml:space="preserve">U </w:t>
      </w:r>
      <w:proofErr w:type="spellStart"/>
      <w:r w:rsidRPr="00973B37">
        <w:rPr>
          <w:rFonts w:ascii="Times New Roman" w:hAnsi="Times New Roman" w:cs="Times New Roman"/>
        </w:rPr>
        <w:t>postupcima</w:t>
      </w:r>
      <w:proofErr w:type="spellEnd"/>
      <w:r w:rsidRPr="00973B37">
        <w:rPr>
          <w:rFonts w:ascii="Times New Roman" w:hAnsi="Times New Roman" w:cs="Times New Roman"/>
        </w:rPr>
        <w:t xml:space="preserve"> koji se </w:t>
      </w:r>
      <w:proofErr w:type="spellStart"/>
      <w:r w:rsidRPr="00973B37">
        <w:rPr>
          <w:rFonts w:ascii="Times New Roman" w:hAnsi="Times New Roman" w:cs="Times New Roman"/>
        </w:rPr>
        <w:t>provode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putem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EOJN</w:t>
      </w:r>
      <w:proofErr w:type="spellEnd"/>
      <w:r w:rsidRPr="00973B37">
        <w:rPr>
          <w:rFonts w:ascii="Times New Roman" w:hAnsi="Times New Roman" w:cs="Times New Roman"/>
        </w:rPr>
        <w:t xml:space="preserve"> RH </w:t>
      </w:r>
      <w:proofErr w:type="spellStart"/>
      <w:r w:rsidRPr="00973B37">
        <w:rPr>
          <w:rFonts w:ascii="Times New Roman" w:hAnsi="Times New Roman" w:cs="Times New Roman"/>
        </w:rPr>
        <w:t>odluka</w:t>
      </w:r>
      <w:proofErr w:type="spellEnd"/>
      <w:r w:rsidRPr="00973B37">
        <w:rPr>
          <w:rFonts w:ascii="Times New Roman" w:hAnsi="Times New Roman" w:cs="Times New Roman"/>
        </w:rPr>
        <w:t xml:space="preserve"> o </w:t>
      </w:r>
      <w:proofErr w:type="spellStart"/>
      <w:r w:rsidRPr="00973B37">
        <w:rPr>
          <w:rFonts w:ascii="Times New Roman" w:hAnsi="Times New Roman" w:cs="Times New Roman"/>
        </w:rPr>
        <w:t>odabiru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poništenju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donosi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dostavlja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putem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modula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jednostavne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EOJN</w:t>
      </w:r>
      <w:proofErr w:type="spellEnd"/>
      <w:r w:rsidRPr="00973B37">
        <w:rPr>
          <w:rFonts w:ascii="Times New Roman" w:hAnsi="Times New Roman" w:cs="Times New Roman"/>
        </w:rPr>
        <w:t xml:space="preserve"> RH.</w:t>
      </w:r>
    </w:p>
    <w:p w14:paraId="6490EE50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PRIGOVOR</w:t>
      </w:r>
      <w:proofErr w:type="spellEnd"/>
    </w:p>
    <w:p w14:paraId="2713554C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Članak</w:t>
      </w:r>
      <w:proofErr w:type="spellEnd"/>
      <w:r w:rsidRPr="00973B37">
        <w:rPr>
          <w:rFonts w:ascii="Times New Roman" w:hAnsi="Times New Roman" w:cs="Times New Roman"/>
          <w:b/>
        </w:rPr>
        <w:t xml:space="preserve"> 13.</w:t>
      </w:r>
    </w:p>
    <w:p w14:paraId="2BBBFD1B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Gospodarski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subjekt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može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izjaviti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prigovor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čelniku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Naručitelja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postupanje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Naručitelja</w:t>
      </w:r>
      <w:proofErr w:type="spellEnd"/>
      <w:r w:rsidRPr="00973B37">
        <w:rPr>
          <w:rFonts w:ascii="Times New Roman" w:hAnsi="Times New Roman" w:cs="Times New Roman"/>
        </w:rPr>
        <w:t xml:space="preserve"> u </w:t>
      </w:r>
      <w:proofErr w:type="spellStart"/>
      <w:r w:rsidRPr="00973B37">
        <w:rPr>
          <w:rFonts w:ascii="Times New Roman" w:hAnsi="Times New Roman" w:cs="Times New Roman"/>
        </w:rPr>
        <w:t>postupku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jednostavne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procijenjene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vrijednosti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veće</w:t>
      </w:r>
      <w:proofErr w:type="spellEnd"/>
      <w:r w:rsidRPr="00973B37">
        <w:rPr>
          <w:rFonts w:ascii="Times New Roman" w:hAnsi="Times New Roman" w:cs="Times New Roman"/>
        </w:rPr>
        <w:t xml:space="preserve"> od 15.000,00 </w:t>
      </w:r>
      <w:proofErr w:type="spellStart"/>
      <w:r w:rsidRPr="00973B37">
        <w:rPr>
          <w:rFonts w:ascii="Times New Roman" w:hAnsi="Times New Roman" w:cs="Times New Roman"/>
        </w:rPr>
        <w:t>eura</w:t>
      </w:r>
      <w:proofErr w:type="spellEnd"/>
      <w:r w:rsidRPr="00973B37">
        <w:rPr>
          <w:rFonts w:ascii="Times New Roman" w:hAnsi="Times New Roman" w:cs="Times New Roman"/>
        </w:rPr>
        <w:t xml:space="preserve"> bez PDV-a.</w:t>
      </w:r>
    </w:p>
    <w:p w14:paraId="65E9CCFF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Prigovor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podnosi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putem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EOJN</w:t>
      </w:r>
      <w:proofErr w:type="spellEnd"/>
      <w:r w:rsidRPr="00973B37">
        <w:rPr>
          <w:rFonts w:ascii="Times New Roman" w:hAnsi="Times New Roman" w:cs="Times New Roman"/>
        </w:rPr>
        <w:t xml:space="preserve"> RH, </w:t>
      </w:r>
      <w:proofErr w:type="spellStart"/>
      <w:r w:rsidRPr="00973B37">
        <w:rPr>
          <w:rFonts w:ascii="Times New Roman" w:hAnsi="Times New Roman" w:cs="Times New Roman"/>
        </w:rPr>
        <w:t>ako</w:t>
      </w:r>
      <w:proofErr w:type="spellEnd"/>
      <w:r w:rsidRPr="00973B37">
        <w:rPr>
          <w:rFonts w:ascii="Times New Roman" w:hAnsi="Times New Roman" w:cs="Times New Roman"/>
        </w:rPr>
        <w:t xml:space="preserve"> je </w:t>
      </w:r>
      <w:proofErr w:type="spellStart"/>
      <w:r w:rsidRPr="00973B37">
        <w:rPr>
          <w:rFonts w:ascii="Times New Roman" w:hAnsi="Times New Roman" w:cs="Times New Roman"/>
        </w:rPr>
        <w:t>takva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funkcionalnost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omogućena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odnosno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elektroničkom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poštom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drugi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dokaziv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način</w:t>
      </w:r>
      <w:proofErr w:type="spellEnd"/>
      <w:r w:rsidRPr="00973B37">
        <w:rPr>
          <w:rFonts w:ascii="Times New Roman" w:hAnsi="Times New Roman" w:cs="Times New Roman"/>
        </w:rPr>
        <w:t xml:space="preserve">, u </w:t>
      </w:r>
      <w:proofErr w:type="spellStart"/>
      <w:r w:rsidRPr="00973B37">
        <w:rPr>
          <w:rFonts w:ascii="Times New Roman" w:hAnsi="Times New Roman" w:cs="Times New Roman"/>
        </w:rPr>
        <w:t>roku</w:t>
      </w:r>
      <w:proofErr w:type="spellEnd"/>
      <w:r w:rsidRPr="00973B37">
        <w:rPr>
          <w:rFonts w:ascii="Times New Roman" w:hAnsi="Times New Roman" w:cs="Times New Roman"/>
        </w:rPr>
        <w:t xml:space="preserve"> od </w:t>
      </w:r>
      <w:proofErr w:type="spellStart"/>
      <w:r w:rsidRPr="00973B37">
        <w:rPr>
          <w:rFonts w:ascii="Times New Roman" w:hAnsi="Times New Roman" w:cs="Times New Roman"/>
        </w:rPr>
        <w:t>osam</w:t>
      </w:r>
      <w:proofErr w:type="spellEnd"/>
      <w:r w:rsidRPr="00973B37">
        <w:rPr>
          <w:rFonts w:ascii="Times New Roman" w:hAnsi="Times New Roman" w:cs="Times New Roman"/>
        </w:rPr>
        <w:t xml:space="preserve"> dana od dana </w:t>
      </w:r>
      <w:proofErr w:type="spellStart"/>
      <w:r w:rsidRPr="00973B37">
        <w:rPr>
          <w:rFonts w:ascii="Times New Roman" w:hAnsi="Times New Roman" w:cs="Times New Roman"/>
        </w:rPr>
        <w:t>objave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dostave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odluke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odnosno</w:t>
      </w:r>
      <w:proofErr w:type="spellEnd"/>
      <w:r w:rsidRPr="00973B37">
        <w:rPr>
          <w:rFonts w:ascii="Times New Roman" w:hAnsi="Times New Roman" w:cs="Times New Roman"/>
        </w:rPr>
        <w:t xml:space="preserve"> od dana </w:t>
      </w:r>
      <w:proofErr w:type="spellStart"/>
      <w:r w:rsidRPr="00973B37">
        <w:rPr>
          <w:rFonts w:ascii="Times New Roman" w:hAnsi="Times New Roman" w:cs="Times New Roman"/>
        </w:rPr>
        <w:t>saznanja</w:t>
      </w:r>
      <w:proofErr w:type="spellEnd"/>
      <w:r w:rsidRPr="00973B37">
        <w:rPr>
          <w:rFonts w:ascii="Times New Roman" w:hAnsi="Times New Roman" w:cs="Times New Roman"/>
        </w:rPr>
        <w:t xml:space="preserve"> za </w:t>
      </w:r>
      <w:proofErr w:type="spellStart"/>
      <w:r w:rsidRPr="00973B37">
        <w:rPr>
          <w:rFonts w:ascii="Times New Roman" w:hAnsi="Times New Roman" w:cs="Times New Roman"/>
        </w:rPr>
        <w:t>radnju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koju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prigovor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odnosi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556A4AD2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Prigovor</w:t>
      </w:r>
      <w:proofErr w:type="spellEnd"/>
      <w:r w:rsidRPr="00973B37">
        <w:rPr>
          <w:rFonts w:ascii="Times New Roman" w:hAnsi="Times New Roman" w:cs="Times New Roman"/>
        </w:rPr>
        <w:t xml:space="preserve"> ne </w:t>
      </w:r>
      <w:proofErr w:type="spellStart"/>
      <w:r w:rsidRPr="00973B37">
        <w:rPr>
          <w:rFonts w:ascii="Times New Roman" w:hAnsi="Times New Roman" w:cs="Times New Roman"/>
        </w:rPr>
        <w:t>odgađa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sklapanje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ugovora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izdavanje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narudžbenice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osim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ako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čelnik</w:t>
      </w:r>
      <w:proofErr w:type="spellEnd"/>
      <w:r w:rsidRPr="00973B37">
        <w:rPr>
          <w:rFonts w:ascii="Times New Roman" w:hAnsi="Times New Roman" w:cs="Times New Roman"/>
        </w:rPr>
        <w:t xml:space="preserve"> Naručitelja, </w:t>
      </w:r>
      <w:proofErr w:type="spellStart"/>
      <w:r w:rsidRPr="00973B37">
        <w:rPr>
          <w:rFonts w:ascii="Times New Roman" w:hAnsi="Times New Roman" w:cs="Times New Roman"/>
        </w:rPr>
        <w:t>uzimajući</w:t>
      </w:r>
      <w:proofErr w:type="spellEnd"/>
      <w:r w:rsidRPr="00973B37">
        <w:rPr>
          <w:rFonts w:ascii="Times New Roman" w:hAnsi="Times New Roman" w:cs="Times New Roman"/>
        </w:rPr>
        <w:t xml:space="preserve"> u </w:t>
      </w:r>
      <w:proofErr w:type="spellStart"/>
      <w:r w:rsidRPr="00973B37">
        <w:rPr>
          <w:rFonts w:ascii="Times New Roman" w:hAnsi="Times New Roman" w:cs="Times New Roman"/>
        </w:rPr>
        <w:t>obzir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okolnosti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slučaja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moguću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štetu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odluči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drukčije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69C5419D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r w:rsidRPr="00973B37">
        <w:rPr>
          <w:rFonts w:ascii="Times New Roman" w:hAnsi="Times New Roman" w:cs="Times New Roman"/>
        </w:rPr>
        <w:t xml:space="preserve">O </w:t>
      </w:r>
      <w:proofErr w:type="spellStart"/>
      <w:r w:rsidRPr="00973B37">
        <w:rPr>
          <w:rFonts w:ascii="Times New Roman" w:hAnsi="Times New Roman" w:cs="Times New Roman"/>
        </w:rPr>
        <w:t>prigovoru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odlučuje</w:t>
      </w:r>
      <w:proofErr w:type="spellEnd"/>
      <w:r w:rsidRPr="00973B37">
        <w:rPr>
          <w:rFonts w:ascii="Times New Roman" w:hAnsi="Times New Roman" w:cs="Times New Roman"/>
        </w:rPr>
        <w:t xml:space="preserve"> u </w:t>
      </w:r>
      <w:proofErr w:type="spellStart"/>
      <w:r w:rsidRPr="00973B37">
        <w:rPr>
          <w:rFonts w:ascii="Times New Roman" w:hAnsi="Times New Roman" w:cs="Times New Roman"/>
        </w:rPr>
        <w:t>roku</w:t>
      </w:r>
      <w:proofErr w:type="spellEnd"/>
      <w:r w:rsidRPr="00973B37">
        <w:rPr>
          <w:rFonts w:ascii="Times New Roman" w:hAnsi="Times New Roman" w:cs="Times New Roman"/>
        </w:rPr>
        <w:t xml:space="preserve"> od </w:t>
      </w:r>
      <w:proofErr w:type="spellStart"/>
      <w:r w:rsidRPr="00973B37">
        <w:rPr>
          <w:rFonts w:ascii="Times New Roman" w:hAnsi="Times New Roman" w:cs="Times New Roman"/>
        </w:rPr>
        <w:t>osam</w:t>
      </w:r>
      <w:proofErr w:type="spellEnd"/>
      <w:r w:rsidRPr="00973B37">
        <w:rPr>
          <w:rFonts w:ascii="Times New Roman" w:hAnsi="Times New Roman" w:cs="Times New Roman"/>
        </w:rPr>
        <w:t xml:space="preserve"> dana od </w:t>
      </w:r>
      <w:proofErr w:type="spellStart"/>
      <w:r w:rsidRPr="00973B37">
        <w:rPr>
          <w:rFonts w:ascii="Times New Roman" w:hAnsi="Times New Roman" w:cs="Times New Roman"/>
        </w:rPr>
        <w:t>urednog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zaprimanja</w:t>
      </w:r>
      <w:proofErr w:type="spellEnd"/>
      <w:r w:rsidRPr="00973B37">
        <w:rPr>
          <w:rFonts w:ascii="Times New Roman" w:hAnsi="Times New Roman" w:cs="Times New Roman"/>
        </w:rPr>
        <w:t xml:space="preserve">. </w:t>
      </w:r>
      <w:proofErr w:type="spellStart"/>
      <w:r w:rsidRPr="00973B37">
        <w:rPr>
          <w:rFonts w:ascii="Times New Roman" w:hAnsi="Times New Roman" w:cs="Times New Roman"/>
        </w:rPr>
        <w:t>Odluka</w:t>
      </w:r>
      <w:proofErr w:type="spellEnd"/>
      <w:r w:rsidRPr="00973B37">
        <w:rPr>
          <w:rFonts w:ascii="Times New Roman" w:hAnsi="Times New Roman" w:cs="Times New Roman"/>
        </w:rPr>
        <w:t xml:space="preserve"> o </w:t>
      </w:r>
      <w:proofErr w:type="spellStart"/>
      <w:r w:rsidRPr="00973B37">
        <w:rPr>
          <w:rFonts w:ascii="Times New Roman" w:hAnsi="Times New Roman" w:cs="Times New Roman"/>
        </w:rPr>
        <w:t>prigovoru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dostavlja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podnositelju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dokaziv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način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4F731061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SKLAPANJE</w:t>
      </w:r>
      <w:proofErr w:type="spellEnd"/>
      <w:r w:rsidRPr="00973B37">
        <w:rPr>
          <w:rFonts w:ascii="Times New Roman" w:hAnsi="Times New Roman" w:cs="Times New Roman"/>
          <w:b/>
        </w:rPr>
        <w:t xml:space="preserve"> I </w:t>
      </w:r>
      <w:proofErr w:type="spellStart"/>
      <w:r w:rsidRPr="00973B37">
        <w:rPr>
          <w:rFonts w:ascii="Times New Roman" w:hAnsi="Times New Roman" w:cs="Times New Roman"/>
          <w:b/>
        </w:rPr>
        <w:t>PRAĆENJE</w:t>
      </w:r>
      <w:proofErr w:type="spellEnd"/>
      <w:r w:rsidRPr="00973B37">
        <w:rPr>
          <w:rFonts w:ascii="Times New Roman" w:hAnsi="Times New Roman" w:cs="Times New Roman"/>
          <w:b/>
        </w:rPr>
        <w:t xml:space="preserve"> </w:t>
      </w:r>
      <w:proofErr w:type="spellStart"/>
      <w:r w:rsidRPr="00973B37">
        <w:rPr>
          <w:rFonts w:ascii="Times New Roman" w:hAnsi="Times New Roman" w:cs="Times New Roman"/>
          <w:b/>
        </w:rPr>
        <w:t>IZVRŠENJA</w:t>
      </w:r>
      <w:proofErr w:type="spellEnd"/>
    </w:p>
    <w:p w14:paraId="0C484C1B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Članak</w:t>
      </w:r>
      <w:proofErr w:type="spellEnd"/>
      <w:r w:rsidRPr="00973B37">
        <w:rPr>
          <w:rFonts w:ascii="Times New Roman" w:hAnsi="Times New Roman" w:cs="Times New Roman"/>
          <w:b/>
        </w:rPr>
        <w:t xml:space="preserve"> 14.</w:t>
      </w:r>
    </w:p>
    <w:p w14:paraId="4C9C6CBE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Nabava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realizira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narudžbenicom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ugovorom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prihvatom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ponude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drugim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odgovarajućim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pravnim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poslom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2804930F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r w:rsidRPr="00973B37">
        <w:rPr>
          <w:rFonts w:ascii="Times New Roman" w:hAnsi="Times New Roman" w:cs="Times New Roman"/>
        </w:rPr>
        <w:t xml:space="preserve">Pisani </w:t>
      </w:r>
      <w:proofErr w:type="spellStart"/>
      <w:r w:rsidRPr="00973B37">
        <w:rPr>
          <w:rFonts w:ascii="Times New Roman" w:hAnsi="Times New Roman" w:cs="Times New Roman"/>
        </w:rPr>
        <w:t>ugovor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sklapa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kada</w:t>
      </w:r>
      <w:proofErr w:type="spellEnd"/>
      <w:r w:rsidRPr="00973B37">
        <w:rPr>
          <w:rFonts w:ascii="Times New Roman" w:hAnsi="Times New Roman" w:cs="Times New Roman"/>
        </w:rPr>
        <w:t xml:space="preserve"> to </w:t>
      </w:r>
      <w:proofErr w:type="spellStart"/>
      <w:r w:rsidRPr="00973B37">
        <w:rPr>
          <w:rFonts w:ascii="Times New Roman" w:hAnsi="Times New Roman" w:cs="Times New Roman"/>
        </w:rPr>
        <w:t>zahtijeva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priroda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trajanje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složenost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vrijednost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predmeta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kada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ugovaraju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prava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intelektualnog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vlasništva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obrada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osobnih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podataka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povjerljivost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drugi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posebni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uvjeti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528A7EB7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Ustrojstvena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jedinica</w:t>
      </w:r>
      <w:proofErr w:type="spellEnd"/>
      <w:r w:rsidRPr="00973B37">
        <w:rPr>
          <w:rFonts w:ascii="Times New Roman" w:hAnsi="Times New Roman" w:cs="Times New Roman"/>
        </w:rPr>
        <w:t xml:space="preserve"> za </w:t>
      </w:r>
      <w:proofErr w:type="spellStart"/>
      <w:r w:rsidRPr="00973B37">
        <w:rPr>
          <w:rFonts w:ascii="Times New Roman" w:hAnsi="Times New Roman" w:cs="Times New Roman"/>
        </w:rPr>
        <w:t>čije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potrebe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provodi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odgovorna</w:t>
      </w:r>
      <w:proofErr w:type="spellEnd"/>
      <w:r w:rsidRPr="00973B37">
        <w:rPr>
          <w:rFonts w:ascii="Times New Roman" w:hAnsi="Times New Roman" w:cs="Times New Roman"/>
        </w:rPr>
        <w:t xml:space="preserve"> je za </w:t>
      </w:r>
      <w:proofErr w:type="spellStart"/>
      <w:r w:rsidRPr="00973B37">
        <w:rPr>
          <w:rFonts w:ascii="Times New Roman" w:hAnsi="Times New Roman" w:cs="Times New Roman"/>
        </w:rPr>
        <w:t>praćenje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urednog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izvršenja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potvrdu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izvršenja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pravodobno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obavještavanje</w:t>
      </w:r>
      <w:proofErr w:type="spellEnd"/>
      <w:r w:rsidRPr="00973B37">
        <w:rPr>
          <w:rFonts w:ascii="Times New Roman" w:hAnsi="Times New Roman" w:cs="Times New Roman"/>
        </w:rPr>
        <w:t xml:space="preserve"> o </w:t>
      </w:r>
      <w:proofErr w:type="spellStart"/>
      <w:r w:rsidRPr="00973B37">
        <w:rPr>
          <w:rFonts w:ascii="Times New Roman" w:hAnsi="Times New Roman" w:cs="Times New Roman"/>
        </w:rPr>
        <w:t>odstupanjima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262C0B46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IZNIMKE</w:t>
      </w:r>
      <w:proofErr w:type="spellEnd"/>
      <w:r w:rsidRPr="00973B37">
        <w:rPr>
          <w:rFonts w:ascii="Times New Roman" w:hAnsi="Times New Roman" w:cs="Times New Roman"/>
          <w:b/>
        </w:rPr>
        <w:t xml:space="preserve"> I </w:t>
      </w:r>
      <w:proofErr w:type="spellStart"/>
      <w:r w:rsidRPr="00973B37">
        <w:rPr>
          <w:rFonts w:ascii="Times New Roman" w:hAnsi="Times New Roman" w:cs="Times New Roman"/>
          <w:b/>
        </w:rPr>
        <w:t>ŽURNA</w:t>
      </w:r>
      <w:proofErr w:type="spellEnd"/>
      <w:r w:rsidRPr="00973B37">
        <w:rPr>
          <w:rFonts w:ascii="Times New Roman" w:hAnsi="Times New Roman" w:cs="Times New Roman"/>
          <w:b/>
        </w:rPr>
        <w:t xml:space="preserve"> </w:t>
      </w:r>
      <w:proofErr w:type="spellStart"/>
      <w:r w:rsidRPr="00973B37">
        <w:rPr>
          <w:rFonts w:ascii="Times New Roman" w:hAnsi="Times New Roman" w:cs="Times New Roman"/>
          <w:b/>
        </w:rPr>
        <w:t>NABAVA</w:t>
      </w:r>
      <w:proofErr w:type="spellEnd"/>
    </w:p>
    <w:p w14:paraId="02B93947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Članak</w:t>
      </w:r>
      <w:proofErr w:type="spellEnd"/>
      <w:r w:rsidRPr="00973B37">
        <w:rPr>
          <w:rFonts w:ascii="Times New Roman" w:hAnsi="Times New Roman" w:cs="Times New Roman"/>
          <w:b/>
        </w:rPr>
        <w:t xml:space="preserve"> 15.</w:t>
      </w:r>
    </w:p>
    <w:p w14:paraId="16D6F8CA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Neovisno</w:t>
      </w:r>
      <w:proofErr w:type="spellEnd"/>
      <w:r w:rsidRPr="00973B37">
        <w:rPr>
          <w:rFonts w:ascii="Times New Roman" w:hAnsi="Times New Roman" w:cs="Times New Roman"/>
        </w:rPr>
        <w:t xml:space="preserve"> o </w:t>
      </w:r>
      <w:proofErr w:type="spellStart"/>
      <w:r w:rsidRPr="00973B37">
        <w:rPr>
          <w:rFonts w:ascii="Times New Roman" w:hAnsi="Times New Roman" w:cs="Times New Roman"/>
        </w:rPr>
        <w:t>vrijednosnim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razredima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iz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ovoga</w:t>
      </w:r>
      <w:proofErr w:type="spellEnd"/>
      <w:r w:rsidRPr="00973B37">
        <w:rPr>
          <w:rFonts w:ascii="Times New Roman" w:hAnsi="Times New Roman" w:cs="Times New Roman"/>
        </w:rPr>
        <w:t xml:space="preserve"> Pravilnika, </w:t>
      </w:r>
      <w:proofErr w:type="spellStart"/>
      <w:r w:rsidRPr="00973B37">
        <w:rPr>
          <w:rFonts w:ascii="Times New Roman" w:hAnsi="Times New Roman" w:cs="Times New Roman"/>
        </w:rPr>
        <w:t>Naručitelj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može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zatražiti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ponudu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samo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jednog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gospodarskog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subjekta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kada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zbog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tehničkih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umjetničkih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isključivih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prava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kompatibilnosti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nastavka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postojećih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usluga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iznimne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žurnosti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nepostojanja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tržišnog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natjecanja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drugih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objektivno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opravdanih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lastRenderedPageBreak/>
        <w:t>razloga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može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izvršiti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samo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određeni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gospodarski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subjekt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bi </w:t>
      </w:r>
      <w:proofErr w:type="spellStart"/>
      <w:r w:rsidRPr="00973B37">
        <w:rPr>
          <w:rFonts w:ascii="Times New Roman" w:hAnsi="Times New Roman" w:cs="Times New Roman"/>
        </w:rPr>
        <w:t>provođenje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redovitog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postupka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bilo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nesvrhovito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5013265D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Razlozi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iz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stavka</w:t>
      </w:r>
      <w:proofErr w:type="spellEnd"/>
      <w:r w:rsidRPr="00973B37">
        <w:rPr>
          <w:rFonts w:ascii="Times New Roman" w:hAnsi="Times New Roman" w:cs="Times New Roman"/>
        </w:rPr>
        <w:t xml:space="preserve"> 1. </w:t>
      </w:r>
      <w:proofErr w:type="spellStart"/>
      <w:r w:rsidRPr="00973B37">
        <w:rPr>
          <w:rFonts w:ascii="Times New Roman" w:hAnsi="Times New Roman" w:cs="Times New Roman"/>
        </w:rPr>
        <w:t>ovoga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članka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kratko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obrazlažu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dokumentiraju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09B3AB7C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r w:rsidRPr="00973B37">
        <w:rPr>
          <w:rFonts w:ascii="Times New Roman" w:hAnsi="Times New Roman" w:cs="Times New Roman"/>
        </w:rPr>
        <w:t xml:space="preserve">Za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 za </w:t>
      </w:r>
      <w:proofErr w:type="spellStart"/>
      <w:r w:rsidRPr="00973B37">
        <w:rPr>
          <w:rFonts w:ascii="Times New Roman" w:hAnsi="Times New Roman" w:cs="Times New Roman"/>
        </w:rPr>
        <w:t>koje</w:t>
      </w:r>
      <w:proofErr w:type="spellEnd"/>
      <w:r w:rsidRPr="00973B37">
        <w:rPr>
          <w:rFonts w:ascii="Times New Roman" w:hAnsi="Times New Roman" w:cs="Times New Roman"/>
        </w:rPr>
        <w:t xml:space="preserve"> Zakon o </w:t>
      </w:r>
      <w:proofErr w:type="spellStart"/>
      <w:r w:rsidRPr="00973B37">
        <w:rPr>
          <w:rFonts w:ascii="Times New Roman" w:hAnsi="Times New Roman" w:cs="Times New Roman"/>
        </w:rPr>
        <w:t>javnoj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propisuje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obveznu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javnu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objavu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mogu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koristiti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samo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zakonom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propisane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iznimke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4CC66486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DOKUMENTIRANJE</w:t>
      </w:r>
      <w:proofErr w:type="spellEnd"/>
      <w:r w:rsidRPr="00973B37">
        <w:rPr>
          <w:rFonts w:ascii="Times New Roman" w:hAnsi="Times New Roman" w:cs="Times New Roman"/>
          <w:b/>
        </w:rPr>
        <w:t xml:space="preserve"> I </w:t>
      </w:r>
      <w:proofErr w:type="spellStart"/>
      <w:r w:rsidRPr="00973B37">
        <w:rPr>
          <w:rFonts w:ascii="Times New Roman" w:hAnsi="Times New Roman" w:cs="Times New Roman"/>
          <w:b/>
        </w:rPr>
        <w:t>ČUVANJE</w:t>
      </w:r>
      <w:proofErr w:type="spellEnd"/>
    </w:p>
    <w:p w14:paraId="720B5686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Članak</w:t>
      </w:r>
      <w:proofErr w:type="spellEnd"/>
      <w:r w:rsidRPr="00973B37">
        <w:rPr>
          <w:rFonts w:ascii="Times New Roman" w:hAnsi="Times New Roman" w:cs="Times New Roman"/>
          <w:b/>
        </w:rPr>
        <w:t xml:space="preserve"> 16.</w:t>
      </w:r>
    </w:p>
    <w:p w14:paraId="38033776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Dokumentacija</w:t>
      </w:r>
      <w:proofErr w:type="spellEnd"/>
      <w:r w:rsidRPr="00973B37">
        <w:rPr>
          <w:rFonts w:ascii="Times New Roman" w:hAnsi="Times New Roman" w:cs="Times New Roman"/>
        </w:rPr>
        <w:t xml:space="preserve"> o </w:t>
      </w:r>
      <w:proofErr w:type="spellStart"/>
      <w:r w:rsidRPr="00973B37">
        <w:rPr>
          <w:rFonts w:ascii="Times New Roman" w:hAnsi="Times New Roman" w:cs="Times New Roman"/>
        </w:rPr>
        <w:t>jednostavnoj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može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voditi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čuvati</w:t>
      </w:r>
      <w:proofErr w:type="spellEnd"/>
      <w:r w:rsidRPr="00973B37">
        <w:rPr>
          <w:rFonts w:ascii="Times New Roman" w:hAnsi="Times New Roman" w:cs="Times New Roman"/>
        </w:rPr>
        <w:t xml:space="preserve"> u </w:t>
      </w:r>
      <w:proofErr w:type="spellStart"/>
      <w:r w:rsidRPr="00973B37">
        <w:rPr>
          <w:rFonts w:ascii="Times New Roman" w:hAnsi="Times New Roman" w:cs="Times New Roman"/>
        </w:rPr>
        <w:t>elektroničkom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obliku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6E73692E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Dokumentacija</w:t>
      </w:r>
      <w:proofErr w:type="spellEnd"/>
      <w:r w:rsidRPr="00973B37">
        <w:rPr>
          <w:rFonts w:ascii="Times New Roman" w:hAnsi="Times New Roman" w:cs="Times New Roman"/>
        </w:rPr>
        <w:t xml:space="preserve"> mora </w:t>
      </w:r>
      <w:proofErr w:type="spellStart"/>
      <w:r w:rsidRPr="00973B37">
        <w:rPr>
          <w:rFonts w:ascii="Times New Roman" w:hAnsi="Times New Roman" w:cs="Times New Roman"/>
        </w:rPr>
        <w:t>biti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razmjerna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vrijednosti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složenosti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te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omogućiti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provjeru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predmeta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odabranog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gospodarskog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subjekta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ugovorene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vrijednosti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odobrenja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nadležnih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osoba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5C96F635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Dokumentacija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čuva</w:t>
      </w:r>
      <w:proofErr w:type="spellEnd"/>
      <w:r w:rsidRPr="00973B37">
        <w:rPr>
          <w:rFonts w:ascii="Times New Roman" w:hAnsi="Times New Roman" w:cs="Times New Roman"/>
        </w:rPr>
        <w:t xml:space="preserve"> u </w:t>
      </w:r>
      <w:proofErr w:type="spellStart"/>
      <w:r w:rsidRPr="00973B37">
        <w:rPr>
          <w:rFonts w:ascii="Times New Roman" w:hAnsi="Times New Roman" w:cs="Times New Roman"/>
        </w:rPr>
        <w:t>rokovima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propisanima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posebnim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propisima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pravilima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uredskog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arhivskog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poslovanja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267029B2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OBJAVA</w:t>
      </w:r>
      <w:proofErr w:type="spellEnd"/>
      <w:r w:rsidRPr="00973B37">
        <w:rPr>
          <w:rFonts w:ascii="Times New Roman" w:hAnsi="Times New Roman" w:cs="Times New Roman"/>
          <w:b/>
        </w:rPr>
        <w:t xml:space="preserve"> I </w:t>
      </w:r>
      <w:proofErr w:type="spellStart"/>
      <w:r w:rsidRPr="00973B37">
        <w:rPr>
          <w:rFonts w:ascii="Times New Roman" w:hAnsi="Times New Roman" w:cs="Times New Roman"/>
          <w:b/>
        </w:rPr>
        <w:t>EVIDENCIJE</w:t>
      </w:r>
      <w:proofErr w:type="spellEnd"/>
    </w:p>
    <w:p w14:paraId="37FC4E5B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Članak</w:t>
      </w:r>
      <w:proofErr w:type="spellEnd"/>
      <w:r w:rsidRPr="00973B37">
        <w:rPr>
          <w:rFonts w:ascii="Times New Roman" w:hAnsi="Times New Roman" w:cs="Times New Roman"/>
          <w:b/>
        </w:rPr>
        <w:t xml:space="preserve"> 17.</w:t>
      </w:r>
    </w:p>
    <w:p w14:paraId="6556D7D7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Naručitelj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objavljuje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ovaj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Pravilnik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njegove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izmjene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dopune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svojim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internetskim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stranicama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te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ih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čini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dostupnima</w:t>
      </w:r>
      <w:proofErr w:type="spellEnd"/>
      <w:r w:rsidRPr="00973B37">
        <w:rPr>
          <w:rFonts w:ascii="Times New Roman" w:hAnsi="Times New Roman" w:cs="Times New Roman"/>
        </w:rPr>
        <w:t xml:space="preserve"> u </w:t>
      </w:r>
      <w:proofErr w:type="spellStart"/>
      <w:r w:rsidRPr="00973B37">
        <w:rPr>
          <w:rFonts w:ascii="Times New Roman" w:hAnsi="Times New Roman" w:cs="Times New Roman"/>
        </w:rPr>
        <w:t>EOJN</w:t>
      </w:r>
      <w:proofErr w:type="spellEnd"/>
      <w:r w:rsidRPr="00973B37">
        <w:rPr>
          <w:rFonts w:ascii="Times New Roman" w:hAnsi="Times New Roman" w:cs="Times New Roman"/>
        </w:rPr>
        <w:t xml:space="preserve"> RH.</w:t>
      </w:r>
    </w:p>
    <w:p w14:paraId="4FA34AB1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Podaci</w:t>
      </w:r>
      <w:proofErr w:type="spellEnd"/>
      <w:r w:rsidRPr="00973B37">
        <w:rPr>
          <w:rFonts w:ascii="Times New Roman" w:hAnsi="Times New Roman" w:cs="Times New Roman"/>
        </w:rPr>
        <w:t xml:space="preserve"> o </w:t>
      </w:r>
      <w:proofErr w:type="spellStart"/>
      <w:r w:rsidRPr="00973B37">
        <w:rPr>
          <w:rFonts w:ascii="Times New Roman" w:hAnsi="Times New Roman" w:cs="Times New Roman"/>
        </w:rPr>
        <w:t>jednostavnoj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unose</w:t>
      </w:r>
      <w:proofErr w:type="spellEnd"/>
      <w:r w:rsidRPr="00973B37">
        <w:rPr>
          <w:rFonts w:ascii="Times New Roman" w:hAnsi="Times New Roman" w:cs="Times New Roman"/>
        </w:rPr>
        <w:t xml:space="preserve"> se u plan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registar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ugovora</w:t>
      </w:r>
      <w:proofErr w:type="spellEnd"/>
      <w:r w:rsidRPr="00973B37">
        <w:rPr>
          <w:rFonts w:ascii="Times New Roman" w:hAnsi="Times New Roman" w:cs="Times New Roman"/>
        </w:rPr>
        <w:t xml:space="preserve"> u </w:t>
      </w:r>
      <w:proofErr w:type="spellStart"/>
      <w:r w:rsidRPr="00973B37">
        <w:rPr>
          <w:rFonts w:ascii="Times New Roman" w:hAnsi="Times New Roman" w:cs="Times New Roman"/>
        </w:rPr>
        <w:t>opsegu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način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propisan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Zakonom</w:t>
      </w:r>
      <w:proofErr w:type="spellEnd"/>
      <w:r w:rsidRPr="00973B37">
        <w:rPr>
          <w:rFonts w:ascii="Times New Roman" w:hAnsi="Times New Roman" w:cs="Times New Roman"/>
        </w:rPr>
        <w:t xml:space="preserve"> o </w:t>
      </w:r>
      <w:proofErr w:type="spellStart"/>
      <w:r w:rsidRPr="00973B37">
        <w:rPr>
          <w:rFonts w:ascii="Times New Roman" w:hAnsi="Times New Roman" w:cs="Times New Roman"/>
        </w:rPr>
        <w:t>javnoj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podzakonskim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propisima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46753E3E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r w:rsidRPr="00973B37">
        <w:rPr>
          <w:rFonts w:ascii="Times New Roman" w:hAnsi="Times New Roman" w:cs="Times New Roman"/>
        </w:rPr>
        <w:t xml:space="preserve">Za </w:t>
      </w:r>
      <w:proofErr w:type="spellStart"/>
      <w:r w:rsidRPr="00973B37">
        <w:rPr>
          <w:rFonts w:ascii="Times New Roman" w:hAnsi="Times New Roman" w:cs="Times New Roman"/>
        </w:rPr>
        <w:t>pravodobno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vođenje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propisanih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evidencija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zadužena</w:t>
      </w:r>
      <w:proofErr w:type="spellEnd"/>
      <w:r w:rsidRPr="00973B37">
        <w:rPr>
          <w:rFonts w:ascii="Times New Roman" w:hAnsi="Times New Roman" w:cs="Times New Roman"/>
        </w:rPr>
        <w:t xml:space="preserve"> je </w:t>
      </w:r>
      <w:proofErr w:type="spellStart"/>
      <w:r w:rsidRPr="00973B37">
        <w:rPr>
          <w:rFonts w:ascii="Times New Roman" w:hAnsi="Times New Roman" w:cs="Times New Roman"/>
        </w:rPr>
        <w:t>ustrojstvena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jedinica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nadležna</w:t>
      </w:r>
      <w:proofErr w:type="spellEnd"/>
      <w:r w:rsidRPr="00973B37">
        <w:rPr>
          <w:rFonts w:ascii="Times New Roman" w:hAnsi="Times New Roman" w:cs="Times New Roman"/>
        </w:rPr>
        <w:t xml:space="preserve"> za </w:t>
      </w:r>
      <w:proofErr w:type="spellStart"/>
      <w:r w:rsidRPr="00973B37">
        <w:rPr>
          <w:rFonts w:ascii="Times New Roman" w:hAnsi="Times New Roman" w:cs="Times New Roman"/>
        </w:rPr>
        <w:t>poslove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odnosno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ekonomske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poslove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1AE1B77A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OVLAŠTENJA</w:t>
      </w:r>
      <w:proofErr w:type="spellEnd"/>
      <w:r w:rsidRPr="00973B37">
        <w:rPr>
          <w:rFonts w:ascii="Times New Roman" w:hAnsi="Times New Roman" w:cs="Times New Roman"/>
          <w:b/>
        </w:rPr>
        <w:t xml:space="preserve"> I </w:t>
      </w:r>
      <w:proofErr w:type="spellStart"/>
      <w:r w:rsidRPr="00973B37">
        <w:rPr>
          <w:rFonts w:ascii="Times New Roman" w:hAnsi="Times New Roman" w:cs="Times New Roman"/>
          <w:b/>
        </w:rPr>
        <w:t>OBRASCI</w:t>
      </w:r>
      <w:proofErr w:type="spellEnd"/>
    </w:p>
    <w:p w14:paraId="60488CD3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Članak</w:t>
      </w:r>
      <w:proofErr w:type="spellEnd"/>
      <w:r w:rsidRPr="00973B37">
        <w:rPr>
          <w:rFonts w:ascii="Times New Roman" w:hAnsi="Times New Roman" w:cs="Times New Roman"/>
          <w:b/>
        </w:rPr>
        <w:t xml:space="preserve"> 18.</w:t>
      </w:r>
    </w:p>
    <w:p w14:paraId="5A4F5BC2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Čelnik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Naručitelja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može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pisanom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odlukom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ovlastiti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jednu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ili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više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osoba</w:t>
      </w:r>
      <w:proofErr w:type="spellEnd"/>
      <w:r w:rsidRPr="00973B37">
        <w:rPr>
          <w:rFonts w:ascii="Times New Roman" w:hAnsi="Times New Roman" w:cs="Times New Roman"/>
        </w:rPr>
        <w:t xml:space="preserve"> za </w:t>
      </w:r>
      <w:proofErr w:type="spellStart"/>
      <w:r w:rsidRPr="00973B37">
        <w:rPr>
          <w:rFonts w:ascii="Times New Roman" w:hAnsi="Times New Roman" w:cs="Times New Roman"/>
        </w:rPr>
        <w:t>odobravanje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zahtjeva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potpisivanje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narudžbenica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donošenje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odluka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poduzimanje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drugih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radnji</w:t>
      </w:r>
      <w:proofErr w:type="spellEnd"/>
      <w:r w:rsidRPr="00973B37">
        <w:rPr>
          <w:rFonts w:ascii="Times New Roman" w:hAnsi="Times New Roman" w:cs="Times New Roman"/>
        </w:rPr>
        <w:t xml:space="preserve"> u </w:t>
      </w:r>
      <w:proofErr w:type="spellStart"/>
      <w:r w:rsidRPr="00973B37">
        <w:rPr>
          <w:rFonts w:ascii="Times New Roman" w:hAnsi="Times New Roman" w:cs="Times New Roman"/>
        </w:rPr>
        <w:t>provedbi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ovoga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Pravilnika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31800AE7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Obrasci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detaljne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operativne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upute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mogu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urediti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internim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procedurama</w:t>
      </w:r>
      <w:proofErr w:type="spellEnd"/>
      <w:r w:rsidRPr="00973B37">
        <w:rPr>
          <w:rFonts w:ascii="Times New Roman" w:hAnsi="Times New Roman" w:cs="Times New Roman"/>
        </w:rPr>
        <w:t xml:space="preserve">, bez </w:t>
      </w:r>
      <w:proofErr w:type="spellStart"/>
      <w:r w:rsidRPr="00973B37">
        <w:rPr>
          <w:rFonts w:ascii="Times New Roman" w:hAnsi="Times New Roman" w:cs="Times New Roman"/>
        </w:rPr>
        <w:t>izmjene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ovoga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Pravilnika</w:t>
      </w:r>
      <w:proofErr w:type="spellEnd"/>
      <w:r w:rsidRPr="00973B37">
        <w:rPr>
          <w:rFonts w:ascii="Times New Roman" w:hAnsi="Times New Roman" w:cs="Times New Roman"/>
        </w:rPr>
        <w:t xml:space="preserve">, pod </w:t>
      </w:r>
      <w:proofErr w:type="spellStart"/>
      <w:r w:rsidRPr="00973B37">
        <w:rPr>
          <w:rFonts w:ascii="Times New Roman" w:hAnsi="Times New Roman" w:cs="Times New Roman"/>
        </w:rPr>
        <w:t>uvjetom</w:t>
      </w:r>
      <w:proofErr w:type="spellEnd"/>
      <w:r w:rsidRPr="00973B37">
        <w:rPr>
          <w:rFonts w:ascii="Times New Roman" w:hAnsi="Times New Roman" w:cs="Times New Roman"/>
        </w:rPr>
        <w:t xml:space="preserve"> da </w:t>
      </w:r>
      <w:proofErr w:type="spellStart"/>
      <w:r w:rsidRPr="00973B37">
        <w:rPr>
          <w:rFonts w:ascii="Times New Roman" w:hAnsi="Times New Roman" w:cs="Times New Roman"/>
        </w:rPr>
        <w:t>nisu</w:t>
      </w:r>
      <w:proofErr w:type="spellEnd"/>
      <w:r w:rsidRPr="00973B37">
        <w:rPr>
          <w:rFonts w:ascii="Times New Roman" w:hAnsi="Times New Roman" w:cs="Times New Roman"/>
        </w:rPr>
        <w:t xml:space="preserve"> u </w:t>
      </w:r>
      <w:proofErr w:type="spellStart"/>
      <w:r w:rsidRPr="00973B37">
        <w:rPr>
          <w:rFonts w:ascii="Times New Roman" w:hAnsi="Times New Roman" w:cs="Times New Roman"/>
        </w:rPr>
        <w:t>suprotnosti</w:t>
      </w:r>
      <w:proofErr w:type="spellEnd"/>
      <w:r w:rsidRPr="00973B37">
        <w:rPr>
          <w:rFonts w:ascii="Times New Roman" w:hAnsi="Times New Roman" w:cs="Times New Roman"/>
        </w:rPr>
        <w:t xml:space="preserve"> s </w:t>
      </w:r>
      <w:proofErr w:type="spellStart"/>
      <w:r w:rsidRPr="00973B37">
        <w:rPr>
          <w:rFonts w:ascii="Times New Roman" w:hAnsi="Times New Roman" w:cs="Times New Roman"/>
        </w:rPr>
        <w:t>njim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Zakonom</w:t>
      </w:r>
      <w:proofErr w:type="spellEnd"/>
      <w:r w:rsidRPr="00973B37">
        <w:rPr>
          <w:rFonts w:ascii="Times New Roman" w:hAnsi="Times New Roman" w:cs="Times New Roman"/>
        </w:rPr>
        <w:t xml:space="preserve"> o </w:t>
      </w:r>
      <w:proofErr w:type="spellStart"/>
      <w:r w:rsidRPr="00973B37">
        <w:rPr>
          <w:rFonts w:ascii="Times New Roman" w:hAnsi="Times New Roman" w:cs="Times New Roman"/>
        </w:rPr>
        <w:t>javnoj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nabavi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182F0933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PRIJELAZNE</w:t>
      </w:r>
      <w:proofErr w:type="spellEnd"/>
      <w:r w:rsidRPr="00973B37">
        <w:rPr>
          <w:rFonts w:ascii="Times New Roman" w:hAnsi="Times New Roman" w:cs="Times New Roman"/>
          <w:b/>
        </w:rPr>
        <w:t xml:space="preserve"> I </w:t>
      </w:r>
      <w:proofErr w:type="spellStart"/>
      <w:r w:rsidRPr="00973B37">
        <w:rPr>
          <w:rFonts w:ascii="Times New Roman" w:hAnsi="Times New Roman" w:cs="Times New Roman"/>
          <w:b/>
        </w:rPr>
        <w:t>ZAVRŠNE</w:t>
      </w:r>
      <w:proofErr w:type="spellEnd"/>
      <w:r w:rsidRPr="00973B37">
        <w:rPr>
          <w:rFonts w:ascii="Times New Roman" w:hAnsi="Times New Roman" w:cs="Times New Roman"/>
          <w:b/>
        </w:rPr>
        <w:t xml:space="preserve"> </w:t>
      </w:r>
      <w:proofErr w:type="spellStart"/>
      <w:r w:rsidRPr="00973B37">
        <w:rPr>
          <w:rFonts w:ascii="Times New Roman" w:hAnsi="Times New Roman" w:cs="Times New Roman"/>
          <w:b/>
        </w:rPr>
        <w:t>ODREDBE</w:t>
      </w:r>
      <w:proofErr w:type="spellEnd"/>
    </w:p>
    <w:p w14:paraId="5F80B5BA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Članak</w:t>
      </w:r>
      <w:proofErr w:type="spellEnd"/>
      <w:r w:rsidRPr="00973B37">
        <w:rPr>
          <w:rFonts w:ascii="Times New Roman" w:hAnsi="Times New Roman" w:cs="Times New Roman"/>
          <w:b/>
        </w:rPr>
        <w:t xml:space="preserve"> 19.</w:t>
      </w:r>
    </w:p>
    <w:p w14:paraId="67C8965B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Postupci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jednostavne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započeti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prije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stupanja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snagu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ovoga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Pravilnika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dovršit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će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prema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pravilima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koja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vrijedila</w:t>
      </w:r>
      <w:proofErr w:type="spellEnd"/>
      <w:r w:rsidRPr="00973B37">
        <w:rPr>
          <w:rFonts w:ascii="Times New Roman" w:hAnsi="Times New Roman" w:cs="Times New Roman"/>
        </w:rPr>
        <w:t xml:space="preserve"> u </w:t>
      </w:r>
      <w:proofErr w:type="spellStart"/>
      <w:r w:rsidRPr="00973B37">
        <w:rPr>
          <w:rFonts w:ascii="Times New Roman" w:hAnsi="Times New Roman" w:cs="Times New Roman"/>
        </w:rPr>
        <w:t>trenutku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njihova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pokretanja</w:t>
      </w:r>
      <w:proofErr w:type="spellEnd"/>
      <w:r w:rsidRPr="00973B37">
        <w:rPr>
          <w:rFonts w:ascii="Times New Roman" w:hAnsi="Times New Roman" w:cs="Times New Roman"/>
        </w:rPr>
        <w:t xml:space="preserve">, </w:t>
      </w:r>
      <w:proofErr w:type="spellStart"/>
      <w:r w:rsidRPr="00973B37">
        <w:rPr>
          <w:rFonts w:ascii="Times New Roman" w:hAnsi="Times New Roman" w:cs="Times New Roman"/>
        </w:rPr>
        <w:t>osim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ako</w:t>
      </w:r>
      <w:proofErr w:type="spellEnd"/>
      <w:r w:rsidRPr="00973B37">
        <w:rPr>
          <w:rFonts w:ascii="Times New Roman" w:hAnsi="Times New Roman" w:cs="Times New Roman"/>
        </w:rPr>
        <w:t xml:space="preserve"> je </w:t>
      </w:r>
      <w:proofErr w:type="spellStart"/>
      <w:r w:rsidRPr="00973B37">
        <w:rPr>
          <w:rFonts w:ascii="Times New Roman" w:hAnsi="Times New Roman" w:cs="Times New Roman"/>
        </w:rPr>
        <w:t>primjena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ovoga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Pravilnika</w:t>
      </w:r>
      <w:proofErr w:type="spellEnd"/>
      <w:r w:rsidRPr="00973B37">
        <w:rPr>
          <w:rFonts w:ascii="Times New Roman" w:hAnsi="Times New Roman" w:cs="Times New Roman"/>
        </w:rPr>
        <w:t xml:space="preserve"> za </w:t>
      </w:r>
      <w:proofErr w:type="spellStart"/>
      <w:r w:rsidRPr="00973B37">
        <w:rPr>
          <w:rFonts w:ascii="Times New Roman" w:hAnsi="Times New Roman" w:cs="Times New Roman"/>
        </w:rPr>
        <w:t>Naručitelja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gospodarske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subjekte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jednostavnija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ne </w:t>
      </w:r>
      <w:proofErr w:type="spellStart"/>
      <w:r w:rsidRPr="00973B37">
        <w:rPr>
          <w:rFonts w:ascii="Times New Roman" w:hAnsi="Times New Roman" w:cs="Times New Roman"/>
        </w:rPr>
        <w:t>dovodi</w:t>
      </w:r>
      <w:proofErr w:type="spellEnd"/>
      <w:r w:rsidRPr="00973B37">
        <w:rPr>
          <w:rFonts w:ascii="Times New Roman" w:hAnsi="Times New Roman" w:cs="Times New Roman"/>
        </w:rPr>
        <w:t xml:space="preserve"> u </w:t>
      </w:r>
      <w:proofErr w:type="spellStart"/>
      <w:r w:rsidRPr="00973B37">
        <w:rPr>
          <w:rFonts w:ascii="Times New Roman" w:hAnsi="Times New Roman" w:cs="Times New Roman"/>
        </w:rPr>
        <w:t>pitanje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načela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javne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153D0F95" w14:textId="77777777" w:rsidR="00672E9E" w:rsidRPr="00973B37" w:rsidRDefault="00000000">
      <w:pPr>
        <w:jc w:val="center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  <w:b/>
        </w:rPr>
        <w:t>Članak</w:t>
      </w:r>
      <w:proofErr w:type="spellEnd"/>
      <w:r w:rsidRPr="00973B37">
        <w:rPr>
          <w:rFonts w:ascii="Times New Roman" w:hAnsi="Times New Roman" w:cs="Times New Roman"/>
          <w:b/>
        </w:rPr>
        <w:t xml:space="preserve"> 20.</w:t>
      </w:r>
    </w:p>
    <w:p w14:paraId="628B7788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Ovaj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Pravilnik</w:t>
      </w:r>
      <w:proofErr w:type="spellEnd"/>
      <w:r w:rsidRPr="00973B37">
        <w:rPr>
          <w:rFonts w:ascii="Times New Roman" w:hAnsi="Times New Roman" w:cs="Times New Roman"/>
        </w:rPr>
        <w:t xml:space="preserve"> stupa </w:t>
      </w:r>
      <w:proofErr w:type="spellStart"/>
      <w:r w:rsidRPr="00973B37">
        <w:rPr>
          <w:rFonts w:ascii="Times New Roman" w:hAnsi="Times New Roman" w:cs="Times New Roman"/>
        </w:rPr>
        <w:t>na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snagu</w:t>
      </w:r>
      <w:proofErr w:type="spellEnd"/>
      <w:r w:rsidRPr="00973B37">
        <w:rPr>
          <w:rFonts w:ascii="Times New Roman" w:hAnsi="Times New Roman" w:cs="Times New Roman"/>
        </w:rPr>
        <w:t xml:space="preserve"> 1. </w:t>
      </w:r>
      <w:proofErr w:type="spellStart"/>
      <w:r w:rsidRPr="00973B37">
        <w:rPr>
          <w:rFonts w:ascii="Times New Roman" w:hAnsi="Times New Roman" w:cs="Times New Roman"/>
        </w:rPr>
        <w:t>rujna</w:t>
      </w:r>
      <w:proofErr w:type="spellEnd"/>
      <w:r w:rsidRPr="00973B37">
        <w:rPr>
          <w:rFonts w:ascii="Times New Roman" w:hAnsi="Times New Roman" w:cs="Times New Roman"/>
        </w:rPr>
        <w:t xml:space="preserve"> 2026. </w:t>
      </w:r>
      <w:proofErr w:type="spellStart"/>
      <w:r w:rsidRPr="00973B37">
        <w:rPr>
          <w:rFonts w:ascii="Times New Roman" w:hAnsi="Times New Roman" w:cs="Times New Roman"/>
        </w:rPr>
        <w:t>godine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1B758349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Danom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stupanja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snagu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ovoga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Pravilnika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prestaje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važiti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Pravilnik</w:t>
      </w:r>
      <w:proofErr w:type="spellEnd"/>
      <w:r w:rsidRPr="00973B37">
        <w:rPr>
          <w:rFonts w:ascii="Times New Roman" w:hAnsi="Times New Roman" w:cs="Times New Roman"/>
        </w:rPr>
        <w:t xml:space="preserve"> za </w:t>
      </w:r>
      <w:proofErr w:type="spellStart"/>
      <w:r w:rsidRPr="00973B37">
        <w:rPr>
          <w:rFonts w:ascii="Times New Roman" w:hAnsi="Times New Roman" w:cs="Times New Roman"/>
        </w:rPr>
        <w:t>provedbu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postupaka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jednostavne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nabave</w:t>
      </w:r>
      <w:proofErr w:type="spellEnd"/>
      <w:r w:rsidRPr="00973B37">
        <w:rPr>
          <w:rFonts w:ascii="Times New Roman" w:hAnsi="Times New Roman" w:cs="Times New Roman"/>
        </w:rPr>
        <w:t xml:space="preserve"> od 20. </w:t>
      </w:r>
      <w:proofErr w:type="spellStart"/>
      <w:r w:rsidRPr="00973B37">
        <w:rPr>
          <w:rFonts w:ascii="Times New Roman" w:hAnsi="Times New Roman" w:cs="Times New Roman"/>
        </w:rPr>
        <w:t>prosinca</w:t>
      </w:r>
      <w:proofErr w:type="spellEnd"/>
      <w:r w:rsidRPr="00973B37">
        <w:rPr>
          <w:rFonts w:ascii="Times New Roman" w:hAnsi="Times New Roman" w:cs="Times New Roman"/>
        </w:rPr>
        <w:t xml:space="preserve"> 2022. </w:t>
      </w:r>
      <w:proofErr w:type="spellStart"/>
      <w:r w:rsidRPr="00973B37">
        <w:rPr>
          <w:rFonts w:ascii="Times New Roman" w:hAnsi="Times New Roman" w:cs="Times New Roman"/>
        </w:rPr>
        <w:t>godine</w:t>
      </w:r>
      <w:proofErr w:type="spellEnd"/>
      <w:r w:rsidRPr="00973B37">
        <w:rPr>
          <w:rFonts w:ascii="Times New Roman" w:hAnsi="Times New Roman" w:cs="Times New Roman"/>
        </w:rPr>
        <w:t>.</w:t>
      </w:r>
    </w:p>
    <w:p w14:paraId="063A4A0F" w14:textId="77777777" w:rsidR="00672E9E" w:rsidRPr="00973B37" w:rsidRDefault="00000000">
      <w:pPr>
        <w:jc w:val="both"/>
        <w:rPr>
          <w:rFonts w:ascii="Times New Roman" w:hAnsi="Times New Roman" w:cs="Times New Roman"/>
        </w:rPr>
      </w:pPr>
      <w:proofErr w:type="spellStart"/>
      <w:r w:rsidRPr="00973B37">
        <w:rPr>
          <w:rFonts w:ascii="Times New Roman" w:hAnsi="Times New Roman" w:cs="Times New Roman"/>
        </w:rPr>
        <w:t>Ovaj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Pravilnik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objavit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će</w:t>
      </w:r>
      <w:proofErr w:type="spellEnd"/>
      <w:r w:rsidRPr="00973B37">
        <w:rPr>
          <w:rFonts w:ascii="Times New Roman" w:hAnsi="Times New Roman" w:cs="Times New Roman"/>
        </w:rPr>
        <w:t xml:space="preserve"> se </w:t>
      </w:r>
      <w:proofErr w:type="spellStart"/>
      <w:r w:rsidRPr="00973B37">
        <w:rPr>
          <w:rFonts w:ascii="Times New Roman" w:hAnsi="Times New Roman" w:cs="Times New Roman"/>
        </w:rPr>
        <w:t>na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internetskim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stranicama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Naručitelja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učiniti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dostupnim</w:t>
      </w:r>
      <w:proofErr w:type="spellEnd"/>
      <w:r w:rsidRPr="00973B37">
        <w:rPr>
          <w:rFonts w:ascii="Times New Roman" w:hAnsi="Times New Roman" w:cs="Times New Roman"/>
        </w:rPr>
        <w:t xml:space="preserve"> u </w:t>
      </w:r>
      <w:proofErr w:type="spellStart"/>
      <w:r w:rsidRPr="00973B37">
        <w:rPr>
          <w:rFonts w:ascii="Times New Roman" w:hAnsi="Times New Roman" w:cs="Times New Roman"/>
        </w:rPr>
        <w:t>EOJN</w:t>
      </w:r>
      <w:proofErr w:type="spellEnd"/>
      <w:r w:rsidRPr="00973B37">
        <w:rPr>
          <w:rFonts w:ascii="Times New Roman" w:hAnsi="Times New Roman" w:cs="Times New Roman"/>
        </w:rPr>
        <w:t xml:space="preserve"> RH.</w:t>
      </w:r>
    </w:p>
    <w:p w14:paraId="0537E051" w14:textId="77777777" w:rsidR="00672E9E" w:rsidRPr="00973B37" w:rsidRDefault="00000000">
      <w:pPr>
        <w:jc w:val="right"/>
        <w:rPr>
          <w:rFonts w:ascii="Times New Roman" w:hAnsi="Times New Roman" w:cs="Times New Roman"/>
        </w:rPr>
      </w:pPr>
      <w:r w:rsidRPr="00973B37">
        <w:rPr>
          <w:rFonts w:ascii="Times New Roman" w:hAnsi="Times New Roman" w:cs="Times New Roman"/>
        </w:rPr>
        <w:lastRenderedPageBreak/>
        <w:br/>
      </w:r>
      <w:proofErr w:type="spellStart"/>
      <w:r w:rsidRPr="00973B37">
        <w:rPr>
          <w:rFonts w:ascii="Times New Roman" w:hAnsi="Times New Roman" w:cs="Times New Roman"/>
        </w:rPr>
        <w:t>PREDSJEDNIK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UPRAVNOG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VIJEĆA</w:t>
      </w:r>
      <w:proofErr w:type="spellEnd"/>
      <w:r w:rsidRPr="00973B37">
        <w:rPr>
          <w:rFonts w:ascii="Times New Roman" w:hAnsi="Times New Roman" w:cs="Times New Roman"/>
        </w:rPr>
        <w:br/>
      </w:r>
      <w:proofErr w:type="spellStart"/>
      <w:r w:rsidRPr="00973B37">
        <w:rPr>
          <w:rFonts w:ascii="Times New Roman" w:hAnsi="Times New Roman" w:cs="Times New Roman"/>
        </w:rPr>
        <w:t>Hrvatskog</w:t>
      </w:r>
      <w:proofErr w:type="spellEnd"/>
      <w:r w:rsidRPr="00973B37">
        <w:rPr>
          <w:rFonts w:ascii="Times New Roman" w:hAnsi="Times New Roman" w:cs="Times New Roman"/>
        </w:rPr>
        <w:t xml:space="preserve"> </w:t>
      </w:r>
      <w:proofErr w:type="spellStart"/>
      <w:r w:rsidRPr="00973B37">
        <w:rPr>
          <w:rFonts w:ascii="Times New Roman" w:hAnsi="Times New Roman" w:cs="Times New Roman"/>
        </w:rPr>
        <w:t>zavoda</w:t>
      </w:r>
      <w:proofErr w:type="spellEnd"/>
      <w:r w:rsidRPr="00973B37">
        <w:rPr>
          <w:rFonts w:ascii="Times New Roman" w:hAnsi="Times New Roman" w:cs="Times New Roman"/>
        </w:rPr>
        <w:t xml:space="preserve"> za hitnu medicinu</w:t>
      </w:r>
      <w:r w:rsidRPr="00973B37">
        <w:rPr>
          <w:rFonts w:ascii="Times New Roman" w:hAnsi="Times New Roman" w:cs="Times New Roman"/>
        </w:rPr>
        <w:br/>
      </w:r>
      <w:r w:rsidRPr="00973B37">
        <w:rPr>
          <w:rFonts w:ascii="Times New Roman" w:hAnsi="Times New Roman" w:cs="Times New Roman"/>
        </w:rPr>
        <w:br/>
        <w:t>_______________________________</w:t>
      </w:r>
      <w:r w:rsidRPr="00973B37">
        <w:rPr>
          <w:rFonts w:ascii="Times New Roman" w:hAnsi="Times New Roman" w:cs="Times New Roman"/>
        </w:rPr>
        <w:br/>
        <w:t>dr. sc. Mislav Herman, dr. med.</w:t>
      </w:r>
    </w:p>
    <w:sectPr w:rsidR="00672E9E" w:rsidRPr="00973B37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47755681">
    <w:abstractNumId w:val="8"/>
  </w:num>
  <w:num w:numId="2" w16cid:durableId="441919845">
    <w:abstractNumId w:val="6"/>
  </w:num>
  <w:num w:numId="3" w16cid:durableId="1658534523">
    <w:abstractNumId w:val="5"/>
  </w:num>
  <w:num w:numId="4" w16cid:durableId="496386987">
    <w:abstractNumId w:val="4"/>
  </w:num>
  <w:num w:numId="5" w16cid:durableId="1918517985">
    <w:abstractNumId w:val="7"/>
  </w:num>
  <w:num w:numId="6" w16cid:durableId="564948422">
    <w:abstractNumId w:val="3"/>
  </w:num>
  <w:num w:numId="7" w16cid:durableId="263344783">
    <w:abstractNumId w:val="2"/>
  </w:num>
  <w:num w:numId="8" w16cid:durableId="1898010387">
    <w:abstractNumId w:val="1"/>
  </w:num>
  <w:num w:numId="9" w16cid:durableId="211115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35B"/>
    <w:rsid w:val="00034616"/>
    <w:rsid w:val="0006063C"/>
    <w:rsid w:val="0015074B"/>
    <w:rsid w:val="0029639D"/>
    <w:rsid w:val="00326F90"/>
    <w:rsid w:val="00672E9E"/>
    <w:rsid w:val="00924665"/>
    <w:rsid w:val="00973B37"/>
    <w:rsid w:val="009B170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345F47"/>
  <w14:defaultImageDpi w14:val="300"/>
  <w15:docId w15:val="{E8550D4E-7F6F-48E0-A066-CE449303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Zeljko Plasc A</cp:lastModifiedBy>
  <cp:revision>2</cp:revision>
  <dcterms:created xsi:type="dcterms:W3CDTF">2026-07-21T08:20:00Z</dcterms:created>
  <dcterms:modified xsi:type="dcterms:W3CDTF">2026-07-21T08:20:00Z</dcterms:modified>
  <cp:category/>
</cp:coreProperties>
</file>